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불이 나면 침착하게!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불이 났을 때 가장 먼저 해야 할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"불이야!" 외치며 대피해요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가만히 옷장에 숨어요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급한 대로 무거운 짐부터 막 챙겨요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이불을 뒤집어써요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불이 났을 때 위험한 연기를 피하려면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똑바로 서서 막 뛰어요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자세를 낮추고 이동해요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매캐한 연기를 크게 들이마셔요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제자리에 가만히 있어요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연기를 마시지 않으려면 코와 입을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그대로 둬요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입을 더 크게 벌리고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젖은 천으로 막아요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손으로 부채질해요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불이 났을 때 타면 안 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계단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넓은 비상구 통로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활짝 열린 창문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엘리베이터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비상구  ·          ·  안전하게 나가는 길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소화기  ·          ·  불을 끄는 도구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119  ·          ·  불나면 부르는 번호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대피할 때 이용해야 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계단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엘리베이터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미끄럼틀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에스컬레이터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작은 불을 끌 때 쓰는 도구는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커다란 부채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소화기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장난감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베개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불이 났을 때 바른 행동은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옷장 속에 숨어서 가만히 기다려요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이리저리 마구 뛰어다녀요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낮은 자세로 대피하고 신고해요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창밖으로 바로 뛰어내려요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불은 위험하지 않다는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불은 혼자 끄면 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불을 무서워하면 안 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안전하게 대피하는 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집이나 학교에서 불이 났을 때 대피할 길을 떠올려, 내가 지킬 약속을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화재 대피와 소화기 사용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불이 났을 때 어떻게 대피해야 안전할까? 소방관 선생님과 함께 '불이야' 외치기, 낮은 자세로 젖은 천으로 코·입 막기, 비상구와 계단 이용, 소화기와 완강기 사용법까지 배우며 화재로부터 나를 지키는 법을 익히는 안전 교육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불이 났을 때 연기가 특히 위험한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유독 가스가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따뜻하기 때문이다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보기에 예뻐서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소리가 크게 나기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화재 등 위급 상황에 부르는 소방·구조 전화번호는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112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119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114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120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연기를 피해 대피하는 바른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똑바로 서서 빠르게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연기 속을 천천히 걷는다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낮은 자세·젖은 천으로 이동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숨을 꾹 참고 엘리베이터를 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비상구 문을 열기 전에 해야 할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활짝 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발로 세게 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주먹으로 마구 두드린다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문 온도를 확인한다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화재가 났을 때 대피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자세를 낮추고 젖은 천으로 코·입을 막는다.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"불이야!" 외치며 주변에 알린다.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계단으로 안전한 곳까지 대피한다.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엘리베이터 대신 비상구·계단을 찾는다.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화재 때 엘리베이터를 타면 안 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연기·멈춤 위험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움직임이 너무 느리기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값이 비싸기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시끄럽기 때문이다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소화기를 바르게 쓰는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손잡이부터 먼저 잡고 핀을 뽑는다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핀 뽑고 호스로 분사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통째로 불에 던진다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소화기를 거꾸로 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높은 층에서 계단으로 대피할 수 없을 때 쓰는 피난 기구는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엘리베이터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에스컬레이터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완강기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긴 미끄럼틀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화재가 났을 때 대피하는 방법을 순서대로(외치기·낮은 자세·계단 등)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집·학교의 비상구나 소화기 위치를 평소에 알아 두면 좋은 까닭을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스스로 지키는 화재 안전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불이 났을 때 어떻게 대피해야 안전할까? 소방관 선생님과 함께 '불이야' 외치기, 낮은 자세로 젖은 천으로 코·입 막기, 비상구와 계단 이용, 소화기와 완강기 사용법까지 배우며 화재로부터 나를 지키는 법을 익히는 안전 교육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화재 시 가장 큰 위험으로 영상이 강조한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유독 가스가 든 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밝은 불빛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귀가 멍멍한 시끄러운 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더운 공기뿐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높은 층에서 몸에 벨트를 묶고 천천히 내려가도록 돕는 피난 기구의 이름은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소화기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완강기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방화문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비상벨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연기 속 대피의 핵심 원칙으로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높이 서서 빠르게 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숨을 참고 그냥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낮은 자세·코입 막기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연기를 헤치며 천천히 걷는다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비상구 문을 열기 전에 '문 온도'를 확인하는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문이 보기에 예뻐서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문이 잠겨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문 밖의 소리를 자세히 들으려고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밖의 불 위험을 확인하려고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화재 발생 시 대처를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젖은 천으로 코·입을 막고 자세를 낮춘다.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화재를 발견하면 "불이야"를 외치고 119에 신고한다.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안전한 곳에 모여 인원을 확인한다.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엘리베이터 대신 계단·비상구로 대피한다.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소화기를 쓸 때 안전핀이 잘 안 빠지는 이유와 바른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몸통을 잡고 핀을 뽑는다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 세게 마구 흔든다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불에 아주 바짝 가까이 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거꾸로 뒤집어 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평소 비상구·소화기·완강기 위치와 사용법을 익혀 두어야 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 시험 문제에 자주 나와서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위급 시 침착한 대처를 위해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남에게 멋져 보여서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심심해서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화재 시 '엘리베이터 금지·계단 이용·낮은 자세' 같은 수칙이 왜 중요한지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 집이나 학교의 화재 대피 계획(대피로·만나는 장소 등)을 세워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안전 수칙을 '알면서도 지키지 않는' 경우가 많은데, 평소에 잘 지키려면 어떤 마음이 필요한지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불이 나면 침착하게!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"불이야!" 외치며 대피해요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자세를 낮추고 이동해요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젖은 천으로 막아요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엘리베이터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비상구-나가는 길 / 소화기-불 끄기 / 119-신고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계단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소화기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낮은 자세로 대피하고 신고해요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안전하게 대피하는 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불이 나면 '불이야' 외치고, 낮은 자세로 계단으로 대피하며, 엘리베이터는 절대 타지 않겠다. · (평가) 화재 대피 약속을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화재 대피와 소화기 사용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유독 가스가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119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낮은 자세·젖은 천으로 이동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문 온도를 확인한다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연기·멈춤 위험 때문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핀 뽑고 호스로 분사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완강기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① '불이야' 외쳐 알린다 → ② 젖은 천으로 코·입을 막고 자세를 낮춘다 → ③ 엘리베이터 말고 계단으로 대피한다. · (평가) 대피 단계를 바르게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불이 나면 당황하기 쉬운데, 평소에 알아 두면 침착하게 빨리 대피하거나 불을 끌 수 있어 안전하기 때문이다. · (평가) 사전 준비의 중요성을 자기 말로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스스로 지키는 화재 안전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유독 가스가 든 연기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완강기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낮은 자세·코입 막기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밖의 불 위험을 확인하려고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몸통을 잡고 핀을 뽑는다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위급 시 침착한 대처를 위해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엘리베이터는 멈추거나 연기가 차 위험하고, 연기는 위로 오르므로 낮은 자세로 계단을 이용해야 유독 가스를 피해 안전하게 대피할 수 있기 때문이다. · (평가) 수칙의 까닭을 원리로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불이 나면 현관과 비상구 두 길로 대피하고, 가족은 집 앞 놀이터에서 만나기로 정한다. · (평가) 구체적 대피로와 집결 장소를 정했는지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'설마 나에게 그런 일이' 하는 마음을 버리고, 평소 훈련처럼 몸에 익혀 두며, 안전을 귀찮은 것이 아니라 나와 모두를 지키는 일로 여기는 마음이 필요하다. · (평가) 안전 의식의 중요성을 자기 말로 전개했는지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