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따뜻하고 안전한 겨울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사계절 중 화재가 가장 많이 일어나는 계절은?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겨울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전기장판 위에 함께 두면 안 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면 이불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라텍스 베개나 매트리스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얇은 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푹신하고 두꺼운 솜 방석과 베개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전기히터 가까이에 두면 안 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 멀리 둔 빈 의자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벽에 걸린 시계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빨래나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바닥에 둔 화분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전기히터를 두고 자리를 비울 때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그대로 켜 둔 채 자리를 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 세게 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온도를 더 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전원을 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전기장판  ·          ·  돌돌 말아 보관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전기히터  ·          ·  옷·빨래 멀리 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소화기  ·          ·  불이 났을 때 사용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전기장판을 보관할 때 바른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돌돌 말아서 보관해요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접어서 보관해요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구겨서 둬요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아무렇게나 마구 구겨서 던져 둬요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한 콘센트에 플러그를 많이 꽂는 '문어발' 사용은 어떤가요?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아주 안전해요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위험해서 하면 안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좋은 방법이에요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전기를 아끼는 방법이에요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화목난로 옆에 꼭 두어야 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장난감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폭신한 이불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소화기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불에 잘 타는 종이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화재를 예방하는 좋은 습관으로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난방용품을 아무렇게나 막 써요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켜 놓고 그냥 잊어버려요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쓰고 나서 점검을 안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바르게 쓰고 점검해요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집 난방용품을 안전하게 쓰기 위해 내가 지킬 약속을 하나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난방용품 안전 사용법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겨울은 건조한 날씨와 난방용품 사용이 늘어 화재가 가장 많이 발생하는 계절이다. 전기장판, 전기히터, 전기열선, 화목난로 등 일상에서 쓰는 난방용품의 올바른 사용법과 관리법을 구체적으로 알려 준다. 작은 습관을 고치는 것만으로도 소중한 생명과 가족을 지킬 수 있음을 일깨우는 안전 교육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겨울에 화재가 많이 일어나는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건조하고 난방용품 사용이 늘어서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오히려 장마처럼 비가 자주 내려서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날이 너무 더워서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사람이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전기장판·히터처럼 추운 겨울에 몸을 따뜻하게 하려고 쓰는 제품을 '○○용품'이라고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냉방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난방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주방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청소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전기장판을 라텍스와 함께 쓰면 안 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라텍스가 너무 차가워서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라텍스가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열을 가둬 불이 붙을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라텍스가 미끄럽고 위험하기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전기히터를 안전하게 쓰는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옷이나 젖은 빨래를 가까이서 말리는 데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곁에 라이터를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켜 둔 채로 외출한다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가연물을 멀리하고 자리 비울 때 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전기장판을 안전하게 쓰는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다 쓰면 돌돌 말아 보관한다.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사용 전 파손과 콘센트 먼지를 확인한다.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KC 인증 제품을 면 담요와 함께 사용한다.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자리를 비우거나 외출할 때 전원을 끈다.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한 콘센트에 여러 기기를 꽂는 '문어발 콘센트'가 위험한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과부하로 화재가 날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전기가 부족해져서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요금이 싸져서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기기들이 느려지고 자꾸 멈추기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화목난로를 안전하게 쓰는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연료를 한꺼번에 아주 많이 가득 채워 넣는다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거리 두고 소화기 두고 연료는 조금씩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소화기 없이 그냥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가연물 바로 옆에 붙여 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영상이 강조한 화재 예방의 핵심으로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난방용품을 절대 쓰지 말아야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화재는 도무지 막을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작은 습관으로 화재를 예방할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소방관만 조심하면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집 난방용품(전기장판·히터 등)을 점검하는 '안전 체크리스트'를 두 가지 이상 만들어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난방용품을 쓰다가 불꽃이 튀는 상황이 생기면 어떻게 대처할지 순서대로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작은 습관이 지키는 안전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겨울은 건조한 날씨와 난방용품 사용이 늘어 화재가 가장 많이 발생하는 계절이다. 전기장판, 전기히터, 전기열선, 화목난로 등 일상에서 쓰는 난방용품의 올바른 사용법과 관리법을 구체적으로 알려 준다. 작은 습관을 고치는 것만으로도 소중한 생명과 가족을 지킬 수 있음을 일깨우는 안전 교육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겨울철에 화재가 가장 많이 발생하는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건조함과 난방용품 사용이 겹쳐서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기온이 높아서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습도가 높아서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사람들이 바깥 외출을 자주 많이 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최근 10년간 난방용품 화재 중 가장 많은 화재를 일으킨 난방용품은 '전기○○'입니다. 빈칸에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전기히터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전기장판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전기열선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전기난로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전기장판을 접어서 보관하면 안 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부피가 너무 커져서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보기에 좋지 않아서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열선이 손상돼 불이 날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들기에 너무 무겁고 불편해지기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전기열선으로 인한 화재의 원인으로 알맞지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열선을 겹쳐서 사용한 경우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보온재로 칭칭 감싼 경우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끝부분에 물기·먼지가 들어간 경우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마개로 단단히 마감한 경우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전기장판을 안전하게 관리하는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다 쓴 뒤 커넥터를 분리하고 돌돌 말아 보관한다.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사용 전 파손·플러그·먼지를 점검한다.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KC 인증 제품에 면 담요를 깔고 사용한다.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외출하거나 잘 때 전원을 끈다.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전기히터로 인한 실제 화재 사례의 공통 원인으로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가연물이 닿거나 켜 둔 채 방치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사용 후 히터를 끄고 잘 보관해 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먼지를 깨끗이 닦은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멀리 떨어뜨려 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화목난로를 안전하게 쓰는 방법으로 옳은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연료를 한 번에 가득 넣는다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거리 두고 소화기 두고 연통 청소한다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젖은 나무를 그냥 오래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가연물을 바로 곁에 아주 바짝 붙여서 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영상이 전하는 화재 예방의 핵심 메시지로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난방용품은 그냥 무조건 위험하기만 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화재는 운에 달려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작은 습관으로 생명을 지킬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예방은 불가능하다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집 난방용품 사용에서 고쳐야 할 '위험한 습관'을 하나 찾아, 어떻게 바꿀지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가족과 함께 '겨울철 화재 안전'을 지키기 위해 집에서 준비하거나 약속할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따뜻하고 안전한 겨울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겨울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라텍스 베개나 매트리스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빨래나 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전원을 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전기장판-돌돌 말아 / 히터-옷 멀리 / 소화기-불 끌 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돌돌 말아서 보관해요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위험해서 하면 안 돼요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소화기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바르게 쓰고 점검해요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히터를 켜 두고 다른 방에 가지 않고, 옷을 히터 가까이에 두지 않겠다. · (평가) 화재를 막는 약속을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난방용품 안전 사용법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건조하고 난방용품 사용이 늘어서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난방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열을 가둬 불이 붙을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가연물을 멀리하고 자리 비울 때 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ㄷ → ㄹ → 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과부하로 화재가 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거리 두고 소화기 두고 연료는 조금씩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작은 습관으로 화재를 예방할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히터 주변에 옷·종이가 없는지 확인하기, 전기장판을 접어서 보관하지 않았는지 확인하기, 외출 전 전원을 껐는지 확인하기. · (평가) 점검 항목을 두 가지 이상 구체적으로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먼저 전원이나 콘센트를 차단하고, 소화기로 초기 진화를 시도하며, 위험하면 큰 소리로 알리고 안전한 곳으로 대피한 뒤 119에 신고한다. · (평가) 대처 순서를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작은 습관이 지키는 안전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건조함과 난방용품 사용이 겹쳐서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전기장판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열선이 손상돼 불이 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마개로 단단히 마감한 경우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ㄷ → ㄹ → 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가연물이 닿거나 켜 둔 채 방치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거리 두고 소화기 두고 연통 청소한다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작은 습관으로 생명을 지킬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히터를 켜 두고 다른 방에 가는 습관이 있는데, 앞으로는 자리를 비울 때 반드시 전원을 끄겠다. · (평가) 위험 습관과 개선책을 구체적으로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소화기 위치와 비상구를 함께 확인하고, 난방용품 사용 수칙을 정해 외출 전 전원 끄기를 약속하겠다. · (평가) 가정의 안전 준비·약속을 구체적으로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