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텃밭으로 지구를 지켜요</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1. </w:t>
      </w:r>
      <w:r>
        <w:rPr>
          <w:rFonts w:ascii="맑은 고딕" w:hAnsi="맑은 고딕" w:eastAsia="맑은 고딕"/>
          <w:b/>
          <w:color w:val="191F28"/>
          <w:sz w:val="23"/>
        </w:rPr>
        <w:t>학교 텃밭에서 우리 친구들이 하는 일은 무엇인가요?</w:t>
      </w:r>
    </w:p>
    <w:p>
      <w:pPr>
        <w:ind w:left="320"/>
      </w:pPr>
      <w:r>
        <w:rPr>
          <w:rFonts w:ascii="맑은 고딕" w:hAnsi="맑은 고딕" w:eastAsia="맑은 고딕"/>
          <w:b w:val="0"/>
          <w:color w:val="4E5968"/>
          <w:sz w:val="22"/>
        </w:rPr>
        <w:t>① 작물을 심어 길러요</w:t>
      </w:r>
    </w:p>
    <w:p>
      <w:pPr>
        <w:ind w:left="320"/>
      </w:pPr>
      <w:r>
        <w:rPr>
          <w:rFonts w:ascii="맑은 고딕" w:hAnsi="맑은 고딕" w:eastAsia="맑은 고딕"/>
          <w:b w:val="0"/>
          <w:color w:val="4E5968"/>
          <w:sz w:val="22"/>
        </w:rPr>
        <w:t>② 하루 종일 잠을 자요</w:t>
      </w:r>
    </w:p>
    <w:p>
      <w:pPr>
        <w:ind w:left="320"/>
      </w:pPr>
      <w:r>
        <w:rPr>
          <w:rFonts w:ascii="맑은 고딕" w:hAnsi="맑은 고딕" w:eastAsia="맑은 고딕"/>
          <w:b w:val="0"/>
          <w:color w:val="4E5968"/>
          <w:sz w:val="22"/>
        </w:rPr>
        <w:t>③ 신나게 게임을 해요</w:t>
      </w:r>
    </w:p>
    <w:p>
      <w:pPr>
        <w:ind w:left="320"/>
      </w:pPr>
      <w:r>
        <w:rPr>
          <w:rFonts w:ascii="맑은 고딕" w:hAnsi="맑은 고딕" w:eastAsia="맑은 고딕"/>
          <w:b w:val="0"/>
          <w:color w:val="4E5968"/>
          <w:sz w:val="22"/>
        </w:rPr>
        <w:t>④ 그냥 놀기만 해요</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2. </w:t>
      </w:r>
      <w:r>
        <w:rPr>
          <w:rFonts w:ascii="맑은 고딕" w:hAnsi="맑은 고딕" w:eastAsia="맑은 고딕"/>
          <w:b/>
          <w:color w:val="191F28"/>
          <w:sz w:val="23"/>
        </w:rPr>
        <w:t>땅속(토양)에는 무엇이 살고 있나요?</w:t>
      </w:r>
    </w:p>
    <w:p>
      <w:pPr>
        <w:ind w:left="320"/>
      </w:pPr>
      <w:r>
        <w:rPr>
          <w:rFonts w:ascii="맑은 고딕" w:hAnsi="맑은 고딕" w:eastAsia="맑은 고딕"/>
          <w:b w:val="0"/>
          <w:color w:val="4E5968"/>
          <w:sz w:val="22"/>
        </w:rPr>
        <w:t>① 아무것도 없어요</w:t>
      </w:r>
    </w:p>
    <w:p>
      <w:pPr>
        <w:ind w:left="320"/>
      </w:pPr>
      <w:r>
        <w:rPr>
          <w:rFonts w:ascii="맑은 고딕" w:hAnsi="맑은 고딕" w:eastAsia="맑은 고딕"/>
          <w:b w:val="0"/>
          <w:color w:val="4E5968"/>
          <w:sz w:val="22"/>
        </w:rPr>
        <w:t>② 수많은 생물</w:t>
      </w:r>
    </w:p>
    <w:p>
      <w:pPr>
        <w:ind w:left="320"/>
      </w:pPr>
      <w:r>
        <w:rPr>
          <w:rFonts w:ascii="맑은 고딕" w:hAnsi="맑은 고딕" w:eastAsia="맑은 고딕"/>
          <w:b w:val="0"/>
          <w:color w:val="4E5968"/>
          <w:sz w:val="22"/>
        </w:rPr>
        <w:t>③ 딱딱한 돌만 있어요</w:t>
      </w:r>
    </w:p>
    <w:p>
      <w:pPr>
        <w:ind w:left="320"/>
      </w:pPr>
      <w:r>
        <w:rPr>
          <w:rFonts w:ascii="맑은 고딕" w:hAnsi="맑은 고딕" w:eastAsia="맑은 고딕"/>
          <w:b w:val="0"/>
          <w:color w:val="4E5968"/>
          <w:sz w:val="22"/>
        </w:rPr>
        <w:t>④ 물만 가득해요</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3. </w:t>
      </w:r>
      <w:r>
        <w:rPr>
          <w:rFonts w:ascii="맑은 고딕" w:hAnsi="맑은 고딕" w:eastAsia="맑은 고딕"/>
          <w:b/>
          <w:color w:val="191F28"/>
          <w:sz w:val="23"/>
        </w:rPr>
        <w:t>친구들이 화학 비료 대신 만들어 쓰는 것은 무엇인가요?</w:t>
      </w:r>
    </w:p>
    <w:p>
      <w:pPr>
        <w:ind w:left="320"/>
      </w:pPr>
      <w:r>
        <w:rPr>
          <w:rFonts w:ascii="맑은 고딕" w:hAnsi="맑은 고딕" w:eastAsia="맑은 고딕"/>
          <w:b w:val="0"/>
          <w:color w:val="4E5968"/>
          <w:sz w:val="22"/>
        </w:rPr>
        <w:t>① 딱딱한 플라스틱</w:t>
      </w:r>
    </w:p>
    <w:p>
      <w:pPr>
        <w:ind w:left="320"/>
      </w:pPr>
      <w:r>
        <w:rPr>
          <w:rFonts w:ascii="맑은 고딕" w:hAnsi="맑은 고딕" w:eastAsia="맑은 고딕"/>
          <w:b w:val="0"/>
          <w:color w:val="4E5968"/>
          <w:sz w:val="22"/>
        </w:rPr>
        <w:t>② 달콤한 설탕</w:t>
      </w:r>
    </w:p>
    <w:p>
      <w:pPr>
        <w:ind w:left="320"/>
      </w:pPr>
      <w:r>
        <w:rPr>
          <w:rFonts w:ascii="맑은 고딕" w:hAnsi="맑은 고딕" w:eastAsia="맑은 고딕"/>
          <w:b w:val="0"/>
          <w:color w:val="4E5968"/>
          <w:sz w:val="22"/>
        </w:rPr>
        <w:t>③ 천연 비료</w:t>
      </w:r>
    </w:p>
    <w:p>
      <w:pPr>
        <w:ind w:left="320"/>
      </w:pPr>
      <w:r>
        <w:rPr>
          <w:rFonts w:ascii="맑은 고딕" w:hAnsi="맑은 고딕" w:eastAsia="맑은 고딕"/>
          <w:b w:val="0"/>
          <w:color w:val="4E5968"/>
          <w:sz w:val="22"/>
        </w:rPr>
        <w:t>④ 끈적한 기름</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4. </w:t>
      </w:r>
      <w:r>
        <w:rPr>
          <w:rFonts w:ascii="맑은 고딕" w:hAnsi="맑은 고딕" w:eastAsia="맑은 고딕"/>
          <w:b/>
          <w:color w:val="191F28"/>
          <w:sz w:val="23"/>
        </w:rPr>
        <w:t>우리 땅에서 오랫동안 자라 온 씨앗을 무엇이라고 하나요?</w:t>
      </w:r>
    </w:p>
    <w:p>
      <w:pPr>
        <w:ind w:left="320"/>
      </w:pPr>
      <w:r>
        <w:rPr>
          <w:rFonts w:ascii="맑은 고딕" w:hAnsi="맑은 고딕" w:eastAsia="맑은 고딕"/>
          <w:b w:val="0"/>
          <w:color w:val="4E5968"/>
          <w:sz w:val="22"/>
        </w:rPr>
        <w:t>① 먼 외국 씨앗</w:t>
      </w:r>
    </w:p>
    <w:p>
      <w:pPr>
        <w:ind w:left="320"/>
      </w:pPr>
      <w:r>
        <w:rPr>
          <w:rFonts w:ascii="맑은 고딕" w:hAnsi="맑은 고딕" w:eastAsia="맑은 고딕"/>
          <w:b w:val="0"/>
          <w:color w:val="4E5968"/>
          <w:sz w:val="22"/>
        </w:rPr>
        <w:t>② 가짜 씨앗</w:t>
      </w:r>
    </w:p>
    <w:p>
      <w:pPr>
        <w:ind w:left="320"/>
      </w:pPr>
      <w:r>
        <w:rPr>
          <w:rFonts w:ascii="맑은 고딕" w:hAnsi="맑은 고딕" w:eastAsia="맑은 고딕"/>
          <w:b w:val="0"/>
          <w:color w:val="4E5968"/>
          <w:sz w:val="22"/>
        </w:rPr>
        <w:t>③ 상한 씨앗</w:t>
      </w:r>
    </w:p>
    <w:p>
      <w:pPr>
        <w:ind w:left="320"/>
      </w:pPr>
      <w:r>
        <w:rPr>
          <w:rFonts w:ascii="맑은 고딕" w:hAnsi="맑은 고딕" w:eastAsia="맑은 고딕"/>
          <w:b w:val="0"/>
          <w:color w:val="4E5968"/>
          <w:sz w:val="22"/>
        </w:rPr>
        <w:t>④ 토종 종자</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5.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토양  ·          ·  생물이 사는 작은 우주</w:t>
      </w:r>
    </w:p>
    <w:p>
      <w:pPr>
        <w:ind w:left="320"/>
      </w:pPr>
      <w:r>
        <w:rPr>
          <w:rFonts w:ascii="맑은 고딕" w:hAnsi="맑은 고딕" w:eastAsia="맑은 고딕"/>
          <w:b w:val="0"/>
          <w:color w:val="333D4B"/>
          <w:sz w:val="22"/>
        </w:rPr>
        <w:t>천연 비료  ·          ·  낙엽으로 만든 거름</w:t>
      </w:r>
    </w:p>
    <w:p>
      <w:pPr>
        <w:ind w:left="320"/>
      </w:pPr>
      <w:r>
        <w:rPr>
          <w:rFonts w:ascii="맑은 고딕" w:hAnsi="맑은 고딕" w:eastAsia="맑은 고딕"/>
          <w:b w:val="0"/>
          <w:color w:val="333D4B"/>
          <w:sz w:val="22"/>
        </w:rPr>
        <w:t>토종 종자  ·          ·  우리 땅의 씨앗</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6. </w:t>
      </w:r>
      <w:r>
        <w:rPr>
          <w:rFonts w:ascii="맑은 고딕" w:hAnsi="맑은 고딕" w:eastAsia="맑은 고딕"/>
          <w:b/>
          <w:color w:val="191F28"/>
          <w:sz w:val="23"/>
        </w:rPr>
        <w:t>가까운 곳에서 난 먹을거리를 사 먹으면 어떤 점이 좋은가요?</w:t>
      </w:r>
    </w:p>
    <w:p>
      <w:pPr>
        <w:ind w:left="320"/>
      </w:pPr>
      <w:r>
        <w:rPr>
          <w:rFonts w:ascii="맑은 고딕" w:hAnsi="맑은 고딕" w:eastAsia="맑은 고딕"/>
          <w:b w:val="0"/>
          <w:color w:val="4E5968"/>
          <w:sz w:val="22"/>
        </w:rPr>
        <w:t>① 환경에 좋아요</w:t>
      </w:r>
    </w:p>
    <w:p>
      <w:pPr>
        <w:ind w:left="320"/>
      </w:pPr>
      <w:r>
        <w:rPr>
          <w:rFonts w:ascii="맑은 고딕" w:hAnsi="맑은 고딕" w:eastAsia="맑은 고딕"/>
          <w:b w:val="0"/>
          <w:color w:val="4E5968"/>
          <w:sz w:val="22"/>
        </w:rPr>
        <w:t>② 오히려 더 나빠요</w:t>
      </w:r>
    </w:p>
    <w:p>
      <w:pPr>
        <w:ind w:left="320"/>
      </w:pPr>
      <w:r>
        <w:rPr>
          <w:rFonts w:ascii="맑은 고딕" w:hAnsi="맑은 고딕" w:eastAsia="맑은 고딕"/>
          <w:b w:val="0"/>
          <w:color w:val="4E5968"/>
          <w:sz w:val="22"/>
        </w:rPr>
        <w:t>③ 맛이 하나도 없어요</w:t>
      </w:r>
    </w:p>
    <w:p>
      <w:pPr>
        <w:ind w:left="320"/>
      </w:pPr>
      <w:r>
        <w:rPr>
          <w:rFonts w:ascii="맑은 고딕" w:hAnsi="맑은 고딕" w:eastAsia="맑은 고딕"/>
          <w:b w:val="0"/>
          <w:color w:val="4E5968"/>
          <w:sz w:val="22"/>
        </w:rPr>
        <w:t>④ 값이 너무 비싸요</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7. </w:t>
      </w:r>
      <w:r>
        <w:rPr>
          <w:rFonts w:ascii="맑은 고딕" w:hAnsi="맑은 고딕" w:eastAsia="맑은 고딕"/>
          <w:b/>
          <w:color w:val="191F28"/>
          <w:sz w:val="23"/>
        </w:rPr>
        <w:t>색깔이 다양한 채소를 먹으면 좋은 까닭은 무엇인가요?</w:t>
      </w:r>
    </w:p>
    <w:p>
      <w:pPr>
        <w:ind w:left="320"/>
      </w:pPr>
      <w:r>
        <w:rPr>
          <w:rFonts w:ascii="맑은 고딕" w:hAnsi="맑은 고딕" w:eastAsia="맑은 고딕"/>
          <w:b w:val="0"/>
          <w:color w:val="4E5968"/>
          <w:sz w:val="22"/>
        </w:rPr>
        <w:t>① 그냥 색이 예뻐서요</w:t>
      </w:r>
    </w:p>
    <w:p>
      <w:pPr>
        <w:ind w:left="320"/>
      </w:pPr>
      <w:r>
        <w:rPr>
          <w:rFonts w:ascii="맑은 고딕" w:hAnsi="맑은 고딕" w:eastAsia="맑은 고딕"/>
          <w:b w:val="0"/>
          <w:color w:val="4E5968"/>
          <w:sz w:val="22"/>
        </w:rPr>
        <w:t>② 영양소가 다양해서</w:t>
      </w:r>
    </w:p>
    <w:p>
      <w:pPr>
        <w:ind w:left="320"/>
      </w:pPr>
      <w:r>
        <w:rPr>
          <w:rFonts w:ascii="맑은 고딕" w:hAnsi="맑은 고딕" w:eastAsia="맑은 고딕"/>
          <w:b w:val="0"/>
          <w:color w:val="4E5968"/>
          <w:sz w:val="22"/>
        </w:rPr>
        <w:t>③ 아무 이유가 없어요</w:t>
      </w:r>
    </w:p>
    <w:p>
      <w:pPr>
        <w:ind w:left="320"/>
      </w:pPr>
      <w:r>
        <w:rPr>
          <w:rFonts w:ascii="맑은 고딕" w:hAnsi="맑은 고딕" w:eastAsia="맑은 고딕"/>
          <w:b w:val="0"/>
          <w:color w:val="4E5968"/>
          <w:sz w:val="22"/>
        </w:rPr>
        <w:t>④ 색이 알록달록해서</w:t>
      </w:r>
    </w:p>
    <w:p>
      <w:pPr>
        <w:spacing w:before="240"/>
      </w:pPr>
      <w:r>
        <w:rPr>
          <w:rFonts w:ascii="맑은 고딕" w:hAnsi="맑은 고딕" w:eastAsia="맑은 고딕"/>
          <w:b/>
          <w:color w:val="8B95A1"/>
          <w:sz w:val="17"/>
        </w:rPr>
        <w:t xml:space="preserve">  마음 읽기  </w:t>
      </w:r>
    </w:p>
    <w:p>
      <w:r>
        <w:rPr>
          <w:rFonts w:ascii="맑은 고딕" w:hAnsi="맑은 고딕" w:eastAsia="맑은 고딕"/>
          <w:b/>
          <w:color w:val="2272EB"/>
          <w:sz w:val="24"/>
        </w:rPr>
        <w:t xml:space="preserve">8. </w:t>
      </w:r>
      <w:r>
        <w:rPr>
          <w:rFonts w:ascii="맑은 고딕" w:hAnsi="맑은 고딕" w:eastAsia="맑은 고딕"/>
          <w:b/>
          <w:color w:val="191F28"/>
          <w:sz w:val="23"/>
        </w:rPr>
        <w:t>텃밭에서 채소를 직접 길러 먹으면 어떤 마음이 들까요?</w:t>
      </w:r>
    </w:p>
    <w:p>
      <w:pPr>
        <w:ind w:left="320"/>
      </w:pPr>
      <w:r>
        <w:rPr>
          <w:rFonts w:ascii="맑은 고딕" w:hAnsi="맑은 고딕" w:eastAsia="맑은 고딕"/>
          <w:b w:val="0"/>
          <w:color w:val="4E5968"/>
          <w:sz w:val="22"/>
        </w:rPr>
        <w:t>① 슬프고 속상해요</w:t>
      </w:r>
    </w:p>
    <w:p>
      <w:pPr>
        <w:ind w:left="320"/>
      </w:pPr>
      <w:r>
        <w:rPr>
          <w:rFonts w:ascii="맑은 고딕" w:hAnsi="맑은 고딕" w:eastAsia="맑은 고딕"/>
          <w:b w:val="0"/>
          <w:color w:val="4E5968"/>
          <w:sz w:val="22"/>
        </w:rPr>
        <w:t>② 화가 많이 나요</w:t>
      </w:r>
    </w:p>
    <w:p>
      <w:pPr>
        <w:ind w:left="320"/>
      </w:pPr>
      <w:r>
        <w:rPr>
          <w:rFonts w:ascii="맑은 고딕" w:hAnsi="맑은 고딕" w:eastAsia="맑은 고딕"/>
          <w:b w:val="0"/>
          <w:color w:val="4E5968"/>
          <w:sz w:val="22"/>
        </w:rPr>
        <w:t>③ 뿌듯하고 즐거워요</w:t>
      </w:r>
    </w:p>
    <w:p>
      <w:pPr>
        <w:ind w:left="320"/>
      </w:pPr>
      <w:r>
        <w:rPr>
          <w:rFonts w:ascii="맑은 고딕" w:hAnsi="맑은 고딕" w:eastAsia="맑은 고딕"/>
          <w:b w:val="0"/>
          <w:color w:val="4E5968"/>
          <w:sz w:val="22"/>
        </w:rPr>
        <w:t>④ 지루하고 귀찮기만 해요</w:t>
      </w:r>
    </w:p>
    <w:p>
      <w:pPr>
        <w:spacing w:before="240"/>
      </w:pPr>
      <w:r>
        <w:rPr>
          <w:rFonts w:ascii="맑은 고딕" w:hAnsi="맑은 고딕" w:eastAsia="맑은 고딕"/>
          <w:b/>
          <w:color w:val="8B95A1"/>
          <w:sz w:val="17"/>
        </w:rPr>
        <w:t xml:space="preserve">  골라 보기  </w:t>
      </w:r>
    </w:p>
    <w:p>
      <w:r>
        <w:rPr>
          <w:rFonts w:ascii="맑은 고딕" w:hAnsi="맑은 고딕" w:eastAsia="맑은 고딕"/>
          <w:b/>
          <w:color w:val="2272EB"/>
          <w:sz w:val="24"/>
        </w:rPr>
        <w:t xml:space="preserve">9. </w:t>
      </w:r>
      <w:r>
        <w:rPr>
          <w:rFonts w:ascii="맑은 고딕" w:hAnsi="맑은 고딕" w:eastAsia="맑은 고딕"/>
          <w:b/>
          <w:color w:val="191F28"/>
          <w:sz w:val="23"/>
        </w:rPr>
        <w:t>이 영상이 알려 주는 것은 무엇인가요?</w:t>
      </w:r>
    </w:p>
    <w:p>
      <w:pPr>
        <w:ind w:left="320"/>
      </w:pPr>
      <w:r>
        <w:rPr>
          <w:rFonts w:ascii="맑은 고딕" w:hAnsi="맑은 고딕" w:eastAsia="맑은 고딕"/>
          <w:b w:val="0"/>
          <w:color w:val="4E5968"/>
          <w:sz w:val="22"/>
        </w:rPr>
        <w:t>① 농사는 필요 없어요</w:t>
      </w:r>
    </w:p>
    <w:p>
      <w:pPr>
        <w:ind w:left="320"/>
      </w:pPr>
      <w:r>
        <w:rPr>
          <w:rFonts w:ascii="맑은 고딕" w:hAnsi="맑은 고딕" w:eastAsia="맑은 고딕"/>
          <w:b w:val="0"/>
          <w:color w:val="4E5968"/>
          <w:sz w:val="22"/>
        </w:rPr>
        <w:t>② 채소는 오히려 몸에 안 좋아요</w:t>
      </w:r>
    </w:p>
    <w:p>
      <w:pPr>
        <w:ind w:left="320"/>
      </w:pPr>
      <w:r>
        <w:rPr>
          <w:rFonts w:ascii="맑은 고딕" w:hAnsi="맑은 고딕" w:eastAsia="맑은 고딕"/>
          <w:b w:val="0"/>
          <w:color w:val="4E5968"/>
          <w:sz w:val="22"/>
        </w:rPr>
        <w:t>③ 지구는 못 지켜요</w:t>
      </w:r>
    </w:p>
    <w:p>
      <w:pPr>
        <w:ind w:left="320"/>
      </w:pPr>
      <w:r>
        <w:rPr>
          <w:rFonts w:ascii="맑은 고딕" w:hAnsi="맑은 고딕" w:eastAsia="맑은 고딕"/>
          <w:b w:val="0"/>
          <w:color w:val="4E5968"/>
          <w:sz w:val="22"/>
        </w:rPr>
        <w:t>④ 텃밭으로 지구를 지켜요</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내가 텃밭이나 화분에서 길러 보고 싶은 채소와, 잘 기르기 위해 할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작지만 확실한 지구 구하기</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기후 변화로 위협받는 농업과 생태계를 지키기 위해, 농촌진흥청과 어린이들이 함께하는 학교 텃밭 정원 교육을 소개한다. 수많은 생물이 사는 토양 생태계를 살리는 천연 비료, 우리 땅을 지키는 토종 종자, 푸드 마일리지를 줄이는 탄소 중립, 색깔별 채소로 차리는 건강한 식단까지 — 작지만 확실한 '지구 구하기' 실천을 담은 영상.</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학교 텃밭 정원 교육이 시작되는 첫 단계로 알맞은 것은?</w:t>
      </w:r>
    </w:p>
    <w:p>
      <w:pPr>
        <w:ind w:left="320"/>
      </w:pPr>
      <w:r>
        <w:rPr>
          <w:rFonts w:ascii="맑은 고딕" w:hAnsi="맑은 고딕" w:eastAsia="맑은 고딕"/>
          <w:b w:val="0"/>
          <w:color w:val="4E5968"/>
          <w:sz w:val="22"/>
        </w:rPr>
        <w:t>① 토양 생태계 지키기</w:t>
      </w:r>
    </w:p>
    <w:p>
      <w:pPr>
        <w:ind w:left="320"/>
      </w:pPr>
      <w:r>
        <w:rPr>
          <w:rFonts w:ascii="맑은 고딕" w:hAnsi="맑은 고딕" w:eastAsia="맑은 고딕"/>
          <w:b w:val="0"/>
          <w:color w:val="4E5968"/>
          <w:sz w:val="22"/>
        </w:rPr>
        <w:t>② 큰 비료 공장을 짓는 것</w:t>
      </w:r>
    </w:p>
    <w:p>
      <w:pPr>
        <w:ind w:left="320"/>
      </w:pPr>
      <w:r>
        <w:rPr>
          <w:rFonts w:ascii="맑은 고딕" w:hAnsi="맑은 고딕" w:eastAsia="맑은 고딕"/>
          <w:b w:val="0"/>
          <w:color w:val="4E5968"/>
          <w:sz w:val="22"/>
        </w:rPr>
        <w:t>③ 농약을 잔뜩 뿌리는 것</w:t>
      </w:r>
    </w:p>
    <w:p>
      <w:pPr>
        <w:ind w:left="320"/>
      </w:pPr>
      <w:r>
        <w:rPr>
          <w:rFonts w:ascii="맑은 고딕" w:hAnsi="맑은 고딕" w:eastAsia="맑은 고딕"/>
          <w:b w:val="0"/>
          <w:color w:val="4E5968"/>
          <w:sz w:val="22"/>
        </w:rPr>
        <w:t>④ 땅을 콘크리트로 덮는 것</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우리 땅에서 오랫동안 자라며 우리 기후에 적응한 씨앗을 '○○ 종자'라고 합니다. 빈칸에 알맞은 말은?</w:t>
      </w:r>
    </w:p>
    <w:p>
      <w:pPr>
        <w:ind w:left="320"/>
      </w:pPr>
      <w:r>
        <w:rPr>
          <w:rFonts w:ascii="맑은 고딕" w:hAnsi="맑은 고딕" w:eastAsia="맑은 고딕"/>
          <w:b w:val="0"/>
          <w:color w:val="4E5968"/>
          <w:sz w:val="22"/>
        </w:rPr>
        <w:t>① 외래</w:t>
      </w:r>
    </w:p>
    <w:p>
      <w:pPr>
        <w:ind w:left="320"/>
      </w:pPr>
      <w:r>
        <w:rPr>
          <w:rFonts w:ascii="맑은 고딕" w:hAnsi="맑은 고딕" w:eastAsia="맑은 고딕"/>
          <w:b w:val="0"/>
          <w:color w:val="4E5968"/>
          <w:sz w:val="22"/>
        </w:rPr>
        <w:t>② 토종</w:t>
      </w:r>
    </w:p>
    <w:p>
      <w:pPr>
        <w:ind w:left="320"/>
      </w:pPr>
      <w:r>
        <w:rPr>
          <w:rFonts w:ascii="맑은 고딕" w:hAnsi="맑은 고딕" w:eastAsia="맑은 고딕"/>
          <w:b w:val="0"/>
          <w:color w:val="4E5968"/>
          <w:sz w:val="22"/>
        </w:rPr>
        <w:t>③ 수입</w:t>
      </w:r>
    </w:p>
    <w:p>
      <w:pPr>
        <w:ind w:left="320"/>
      </w:pPr>
      <w:r>
        <w:rPr>
          <w:rFonts w:ascii="맑은 고딕" w:hAnsi="맑은 고딕" w:eastAsia="맑은 고딕"/>
          <w:b w:val="0"/>
          <w:color w:val="4E5968"/>
          <w:sz w:val="22"/>
        </w:rPr>
        <w:t>④ 개량</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친구들이 화학 비료 대신 천연 비료를 쓰는 까닭으로 알맞은 것은?</w:t>
      </w:r>
    </w:p>
    <w:p>
      <w:pPr>
        <w:ind w:left="320"/>
      </w:pPr>
      <w:r>
        <w:rPr>
          <w:rFonts w:ascii="맑은 고딕" w:hAnsi="맑은 고딕" w:eastAsia="맑은 고딕"/>
          <w:b w:val="0"/>
          <w:color w:val="4E5968"/>
          <w:sz w:val="22"/>
        </w:rPr>
        <w:t>① 천연 비료가 더 비싸서</w:t>
      </w:r>
    </w:p>
    <w:p>
      <w:pPr>
        <w:ind w:left="320"/>
      </w:pPr>
      <w:r>
        <w:rPr>
          <w:rFonts w:ascii="맑은 고딕" w:hAnsi="맑은 고딕" w:eastAsia="맑은 고딕"/>
          <w:b w:val="0"/>
          <w:color w:val="4E5968"/>
          <w:sz w:val="22"/>
        </w:rPr>
        <w:t>② 화학 비료가 아예 없어서</w:t>
      </w:r>
    </w:p>
    <w:p>
      <w:pPr>
        <w:ind w:left="320"/>
      </w:pPr>
      <w:r>
        <w:rPr>
          <w:rFonts w:ascii="맑은 고딕" w:hAnsi="맑은 고딕" w:eastAsia="맑은 고딕"/>
          <w:b w:val="0"/>
          <w:color w:val="4E5968"/>
          <w:sz w:val="22"/>
        </w:rPr>
        <w:t>③ 토양을 산성화시켜서</w:t>
      </w:r>
    </w:p>
    <w:p>
      <w:pPr>
        <w:ind w:left="320"/>
      </w:pPr>
      <w:r>
        <w:rPr>
          <w:rFonts w:ascii="맑은 고딕" w:hAnsi="맑은 고딕" w:eastAsia="맑은 고딕"/>
          <w:b w:val="0"/>
          <w:color w:val="4E5968"/>
          <w:sz w:val="22"/>
        </w:rPr>
        <w:t>④ 그냥 재미로 한 것이라서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'푸드 마일리지'를 줄이면 좋은 점으로 알맞은 것은?</w:t>
      </w:r>
    </w:p>
    <w:p>
      <w:pPr>
        <w:ind w:left="320"/>
      </w:pPr>
      <w:r>
        <w:rPr>
          <w:rFonts w:ascii="맑은 고딕" w:hAnsi="맑은 고딕" w:eastAsia="맑은 고딕"/>
          <w:b w:val="0"/>
          <w:color w:val="4E5968"/>
          <w:sz w:val="22"/>
        </w:rPr>
        <w:t>① 음식이 더 비싸진다</w:t>
      </w:r>
    </w:p>
    <w:p>
      <w:pPr>
        <w:ind w:left="320"/>
      </w:pPr>
      <w:r>
        <w:rPr>
          <w:rFonts w:ascii="맑은 고딕" w:hAnsi="맑은 고딕" w:eastAsia="맑은 고딕"/>
          <w:b w:val="0"/>
          <w:color w:val="4E5968"/>
          <w:sz w:val="22"/>
        </w:rPr>
        <w:t>② 영양이 다 사라진다</w:t>
      </w:r>
    </w:p>
    <w:p>
      <w:pPr>
        <w:ind w:left="320"/>
      </w:pPr>
      <w:r>
        <w:rPr>
          <w:rFonts w:ascii="맑은 고딕" w:hAnsi="맑은 고딕" w:eastAsia="맑은 고딕"/>
          <w:b w:val="0"/>
          <w:color w:val="4E5968"/>
          <w:sz w:val="22"/>
        </w:rPr>
        <w:t>③ 옮기는 거리가 늘어난다</w:t>
      </w:r>
    </w:p>
    <w:p>
      <w:pPr>
        <w:ind w:left="320"/>
      </w:pPr>
      <w:r>
        <w:rPr>
          <w:rFonts w:ascii="맑은 고딕" w:hAnsi="맑은 고딕" w:eastAsia="맑은 고딕"/>
          <w:b w:val="0"/>
          <w:color w:val="4E5968"/>
          <w:sz w:val="22"/>
        </w:rPr>
        <w:t>④ 온실가스가 줄어듦</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텃밭에서 채소를 먹기까지의 과정을 순서대로 기호를 써 보세요.</w:t>
      </w:r>
    </w:p>
    <w:p>
      <w:pPr>
        <w:ind w:left="320"/>
      </w:pPr>
      <w:r>
        <w:rPr>
          <w:rFonts w:ascii="맑은 고딕" w:hAnsi="맑은 고딕" w:eastAsia="맑은 고딕"/>
          <w:b w:val="0"/>
          <w:color w:val="333D4B"/>
          <w:sz w:val="22"/>
        </w:rPr>
        <w:t>ㄱ. 잘 자란 채소를 수확한다.</w:t>
      </w:r>
    </w:p>
    <w:p>
      <w:pPr>
        <w:ind w:left="320"/>
      </w:pPr>
      <w:r>
        <w:rPr>
          <w:rFonts w:ascii="맑은 고딕" w:hAnsi="맑은 고딕" w:eastAsia="맑은 고딕"/>
          <w:b w:val="0"/>
          <w:color w:val="333D4B"/>
          <w:sz w:val="22"/>
        </w:rPr>
        <w:t>ㄴ. 천연 비료를 만들어 땅을 살린다.</w:t>
      </w:r>
    </w:p>
    <w:p>
      <w:pPr>
        <w:ind w:left="320"/>
      </w:pPr>
      <w:r>
        <w:rPr>
          <w:rFonts w:ascii="맑은 고딕" w:hAnsi="맑은 고딕" w:eastAsia="맑은 고딕"/>
          <w:b w:val="0"/>
          <w:color w:val="333D4B"/>
          <w:sz w:val="22"/>
        </w:rPr>
        <w:t>ㄷ. 요리해서 맛있게 먹는다.</w:t>
      </w:r>
    </w:p>
    <w:p>
      <w:pPr>
        <w:ind w:left="320"/>
      </w:pPr>
      <w:r>
        <w:rPr>
          <w:rFonts w:ascii="맑은 고딕" w:hAnsi="맑은 고딕" w:eastAsia="맑은 고딕"/>
          <w:b w:val="0"/>
          <w:color w:val="333D4B"/>
          <w:sz w:val="22"/>
        </w:rPr>
        <w:t>ㄹ. 토종 종자를 심고 가꾼다.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'토양을 소우주라고 부른다'는 말의 뜻으로 알맞은 것은?</w:t>
      </w:r>
    </w:p>
    <w:p>
      <w:pPr>
        <w:ind w:left="320"/>
      </w:pPr>
      <w:r>
        <w:rPr>
          <w:rFonts w:ascii="맑은 고딕" w:hAnsi="맑은 고딕" w:eastAsia="맑은 고딕"/>
          <w:b w:val="0"/>
          <w:color w:val="4E5968"/>
          <w:sz w:val="22"/>
        </w:rPr>
        <w:t>① 흙 속에 수많은 생물이 살아서</w:t>
      </w:r>
    </w:p>
    <w:p>
      <w:pPr>
        <w:ind w:left="320"/>
      </w:pPr>
      <w:r>
        <w:rPr>
          <w:rFonts w:ascii="맑은 고딕" w:hAnsi="맑은 고딕" w:eastAsia="맑은 고딕"/>
          <w:b w:val="0"/>
          <w:color w:val="4E5968"/>
          <w:sz w:val="22"/>
        </w:rPr>
        <w:t>② 흙이 머나먼 우주에서 왔기 때문</w:t>
      </w:r>
    </w:p>
    <w:p>
      <w:pPr>
        <w:ind w:left="320"/>
      </w:pPr>
      <w:r>
        <w:rPr>
          <w:rFonts w:ascii="맑은 고딕" w:hAnsi="맑은 고딕" w:eastAsia="맑은 고딕"/>
          <w:b w:val="0"/>
          <w:color w:val="4E5968"/>
          <w:sz w:val="22"/>
        </w:rPr>
        <w:t>③ 흙이 매우 넓기 때문</w:t>
      </w:r>
    </w:p>
    <w:p>
      <w:pPr>
        <w:ind w:left="320"/>
      </w:pPr>
      <w:r>
        <w:rPr>
          <w:rFonts w:ascii="맑은 고딕" w:hAnsi="맑은 고딕" w:eastAsia="맑은 고딕"/>
          <w:b w:val="0"/>
          <w:color w:val="4E5968"/>
          <w:sz w:val="22"/>
        </w:rPr>
        <w:t>④ 흙에 별이 있기 때문</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직접 텃밭을 가꿀 수 없을 때 환경을 지키는 방법으로 알맞은 것은?</w:t>
      </w:r>
    </w:p>
    <w:p>
      <w:pPr>
        <w:ind w:left="320"/>
      </w:pPr>
      <w:r>
        <w:rPr>
          <w:rFonts w:ascii="맑은 고딕" w:hAnsi="맑은 고딕" w:eastAsia="맑은 고딕"/>
          <w:b w:val="0"/>
          <w:color w:val="4E5968"/>
          <w:sz w:val="22"/>
        </w:rPr>
        <w:t>① 먼 나라 식품만 사 먹는다</w:t>
      </w:r>
    </w:p>
    <w:p>
      <w:pPr>
        <w:ind w:left="320"/>
      </w:pPr>
      <w:r>
        <w:rPr>
          <w:rFonts w:ascii="맑은 고딕" w:hAnsi="맑은 고딕" w:eastAsia="맑은 고딕"/>
          <w:b w:val="0"/>
          <w:color w:val="4E5968"/>
          <w:sz w:val="22"/>
        </w:rPr>
        <w:t>② 로컬 푸드 이용</w:t>
      </w:r>
    </w:p>
    <w:p>
      <w:pPr>
        <w:ind w:left="320"/>
      </w:pPr>
      <w:r>
        <w:rPr>
          <w:rFonts w:ascii="맑은 고딕" w:hAnsi="맑은 고딕" w:eastAsia="맑은 고딕"/>
          <w:b w:val="0"/>
          <w:color w:val="4E5968"/>
          <w:sz w:val="22"/>
        </w:rPr>
        <w:t>③ 음식을 자주 마구 버린다</w:t>
      </w:r>
    </w:p>
    <w:p>
      <w:pPr>
        <w:ind w:left="320"/>
      </w:pPr>
      <w:r>
        <w:rPr>
          <w:rFonts w:ascii="맑은 고딕" w:hAnsi="맑은 고딕" w:eastAsia="맑은 고딕"/>
          <w:b w:val="0"/>
          <w:color w:val="4E5968"/>
          <w:sz w:val="22"/>
        </w:rPr>
        <w:t>④ 농약을 잔뜩 쓴다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색깔별 채소에 대한 설명으로 알맞은 것은?</w:t>
      </w:r>
    </w:p>
    <w:p>
      <w:pPr>
        <w:ind w:left="320"/>
      </w:pPr>
      <w:r>
        <w:rPr>
          <w:rFonts w:ascii="맑은 고딕" w:hAnsi="맑은 고딕" w:eastAsia="맑은 고딕"/>
          <w:b w:val="0"/>
          <w:color w:val="4E5968"/>
          <w:sz w:val="22"/>
        </w:rPr>
        <w:t>① 색은 영양과 관계없다</w:t>
      </w:r>
    </w:p>
    <w:p>
      <w:pPr>
        <w:ind w:left="320"/>
      </w:pPr>
      <w:r>
        <w:rPr>
          <w:rFonts w:ascii="맑은 고딕" w:hAnsi="맑은 고딕" w:eastAsia="맑은 고딕"/>
          <w:b w:val="0"/>
          <w:color w:val="4E5968"/>
          <w:sz w:val="22"/>
        </w:rPr>
        <w:t>② 빨간 채소만 영양이 있다</w:t>
      </w:r>
    </w:p>
    <w:p>
      <w:pPr>
        <w:ind w:left="320"/>
      </w:pPr>
      <w:r>
        <w:rPr>
          <w:rFonts w:ascii="맑은 고딕" w:hAnsi="맑은 고딕" w:eastAsia="맑은 고딕"/>
          <w:b w:val="0"/>
          <w:color w:val="4E5968"/>
          <w:sz w:val="22"/>
        </w:rPr>
        <w:t>③ 색마다 다른 영양소가 있음</w:t>
      </w:r>
    </w:p>
    <w:p>
      <w:pPr>
        <w:ind w:left="320"/>
      </w:pPr>
      <w:r>
        <w:rPr>
          <w:rFonts w:ascii="맑은 고딕" w:hAnsi="맑은 고딕" w:eastAsia="맑은 고딕"/>
          <w:b w:val="0"/>
          <w:color w:val="4E5968"/>
          <w:sz w:val="22"/>
        </w:rPr>
        <w:t>④ 색이 진할수록 오히려 몸에 나쁘다</w:t>
      </w: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학교 텃밭을 가꾸는 일이 어떻게 '지구를 지키는 일'이 되는지, 한 가지 예를 들어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탄소를 줄이기 위해 내가 식생활에서 실천할 수 있는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토양·종자·탄소를 지키는 텃밭</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기후 변화로 위협받는 농업과 생태계를 지키기 위해, 농촌진흥청과 어린이들이 함께하는 학교 텃밭 정원 교육을 소개한다. 수많은 생물이 사는 토양 생태계를 살리는 천연 비료, 우리 땅을 지키는 토종 종자, 푸드 마일리지를 줄이는 탄소 중립, 색깔별 채소로 차리는 건강한 식단까지 — 작지만 확실한 '지구 구하기' 실천을 담은 영상.</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기후 변화의 가장 큰 원인으로 알맞은 것은?</w:t>
      </w:r>
    </w:p>
    <w:p>
      <w:pPr>
        <w:ind w:left="320"/>
      </w:pPr>
      <w:r>
        <w:rPr>
          <w:rFonts w:ascii="맑은 고딕" w:hAnsi="맑은 고딕" w:eastAsia="맑은 고딕"/>
          <w:b w:val="0"/>
          <w:color w:val="4E5968"/>
          <w:sz w:val="22"/>
        </w:rPr>
        <w:t>① 온실가스로 인한 온난화</w:t>
      </w:r>
    </w:p>
    <w:p>
      <w:pPr>
        <w:ind w:left="320"/>
      </w:pPr>
      <w:r>
        <w:rPr>
          <w:rFonts w:ascii="맑은 고딕" w:hAnsi="맑은 고딕" w:eastAsia="맑은 고딕"/>
          <w:b w:val="0"/>
          <w:color w:val="4E5968"/>
          <w:sz w:val="22"/>
        </w:rPr>
        <w:t>② 우리 땅을 지키는 토종 종자</w:t>
      </w:r>
    </w:p>
    <w:p>
      <w:pPr>
        <w:ind w:left="320"/>
      </w:pPr>
      <w:r>
        <w:rPr>
          <w:rFonts w:ascii="맑은 고딕" w:hAnsi="맑은 고딕" w:eastAsia="맑은 고딕"/>
          <w:b w:val="0"/>
          <w:color w:val="4E5968"/>
          <w:sz w:val="22"/>
        </w:rPr>
        <w:t>③ 작은 학교 텃밭</w:t>
      </w:r>
    </w:p>
    <w:p>
      <w:pPr>
        <w:ind w:left="320"/>
      </w:pPr>
      <w:r>
        <w:rPr>
          <w:rFonts w:ascii="맑은 고딕" w:hAnsi="맑은 고딕" w:eastAsia="맑은 고딕"/>
          <w:b w:val="0"/>
          <w:color w:val="4E5968"/>
          <w:sz w:val="22"/>
        </w:rPr>
        <w:t>④ 가까운 로컬 푸드</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식품이 생산지에서 소비자의 식탁에 오르기까지 옮겨진 거리를 '푸드 ○○○○'라고 합니다. 빈칸에 알맞은 말은?</w:t>
      </w:r>
    </w:p>
    <w:p>
      <w:pPr>
        <w:ind w:left="320"/>
      </w:pPr>
      <w:r>
        <w:rPr>
          <w:rFonts w:ascii="맑은 고딕" w:hAnsi="맑은 고딕" w:eastAsia="맑은 고딕"/>
          <w:b w:val="0"/>
          <w:color w:val="4E5968"/>
          <w:sz w:val="22"/>
        </w:rPr>
        <w:t>① 로드</w:t>
      </w:r>
    </w:p>
    <w:p>
      <w:pPr>
        <w:ind w:left="320"/>
      </w:pPr>
      <w:r>
        <w:rPr>
          <w:rFonts w:ascii="맑은 고딕" w:hAnsi="맑은 고딕" w:eastAsia="맑은 고딕"/>
          <w:b w:val="0"/>
          <w:color w:val="4E5968"/>
          <w:sz w:val="22"/>
        </w:rPr>
        <w:t>② 마일리지</w:t>
      </w:r>
    </w:p>
    <w:p>
      <w:pPr>
        <w:ind w:left="320"/>
      </w:pPr>
      <w:r>
        <w:rPr>
          <w:rFonts w:ascii="맑은 고딕" w:hAnsi="맑은 고딕" w:eastAsia="맑은 고딕"/>
          <w:b w:val="0"/>
          <w:color w:val="4E5968"/>
          <w:sz w:val="22"/>
        </w:rPr>
        <w:t>③ 에너지 코스트</w:t>
      </w:r>
    </w:p>
    <w:p>
      <w:pPr>
        <w:ind w:left="320"/>
      </w:pPr>
      <w:r>
        <w:rPr>
          <w:rFonts w:ascii="맑은 고딕" w:hAnsi="맑은 고딕" w:eastAsia="맑은 고딕"/>
          <w:b w:val="0"/>
          <w:color w:val="4E5968"/>
          <w:sz w:val="22"/>
        </w:rPr>
        <w:t>④ 밸런스</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토종 종자를 지키는 일이 중요한 까닭으로 가장 알맞은 것은?</w:t>
      </w:r>
    </w:p>
    <w:p>
      <w:pPr>
        <w:ind w:left="320"/>
      </w:pPr>
      <w:r>
        <w:rPr>
          <w:rFonts w:ascii="맑은 고딕" w:hAnsi="맑은 고딕" w:eastAsia="맑은 고딕"/>
          <w:b w:val="0"/>
          <w:color w:val="4E5968"/>
          <w:sz w:val="22"/>
        </w:rPr>
        <w:t>① 외국 종자가 훨씬 더 뛰어나서</w:t>
      </w:r>
    </w:p>
    <w:p>
      <w:pPr>
        <w:ind w:left="320"/>
      </w:pPr>
      <w:r>
        <w:rPr>
          <w:rFonts w:ascii="맑은 고딕" w:hAnsi="맑은 고딕" w:eastAsia="맑은 고딕"/>
          <w:b w:val="0"/>
          <w:color w:val="4E5968"/>
          <w:sz w:val="22"/>
        </w:rPr>
        <w:t>② 토종은 맛이 없어서</w:t>
      </w:r>
    </w:p>
    <w:p>
      <w:pPr>
        <w:ind w:left="320"/>
      </w:pPr>
      <w:r>
        <w:rPr>
          <w:rFonts w:ascii="맑은 고딕" w:hAnsi="맑은 고딕" w:eastAsia="맑은 고딕"/>
          <w:b w:val="0"/>
          <w:color w:val="4E5968"/>
          <w:sz w:val="22"/>
        </w:rPr>
        <w:t>③ 식량 주권·다양성을 지켜서</w:t>
      </w:r>
    </w:p>
    <w:p>
      <w:pPr>
        <w:ind w:left="320"/>
      </w:pPr>
      <w:r>
        <w:rPr>
          <w:rFonts w:ascii="맑은 고딕" w:hAnsi="맑은 고딕" w:eastAsia="맑은 고딕"/>
          <w:b w:val="0"/>
          <w:color w:val="4E5968"/>
          <w:sz w:val="22"/>
        </w:rPr>
        <w:t>④ 종자는 중요하지 않아서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미스킴 라일락·코리안 파이어·구상나무의 공통점으로 알맞은 것은?</w:t>
      </w:r>
    </w:p>
    <w:p>
      <w:pPr>
        <w:ind w:left="320"/>
      </w:pPr>
      <w:r>
        <w:rPr>
          <w:rFonts w:ascii="맑은 고딕" w:hAnsi="맑은 고딕" w:eastAsia="맑은 고딕"/>
          <w:b w:val="0"/>
          <w:color w:val="4E5968"/>
          <w:sz w:val="22"/>
        </w:rPr>
        <w:t>① 저 먼 외국에서 들여온 새 품종</w:t>
      </w:r>
    </w:p>
    <w:p>
      <w:pPr>
        <w:ind w:left="320"/>
      </w:pPr>
      <w:r>
        <w:rPr>
          <w:rFonts w:ascii="맑은 고딕" w:hAnsi="맑은 고딕" w:eastAsia="맑은 고딕"/>
          <w:b w:val="0"/>
          <w:color w:val="4E5968"/>
          <w:sz w:val="22"/>
        </w:rPr>
        <w:t>② 이미 사라진 식물</w:t>
      </w:r>
    </w:p>
    <w:p>
      <w:pPr>
        <w:ind w:left="320"/>
      </w:pPr>
      <w:r>
        <w:rPr>
          <w:rFonts w:ascii="맑은 고딕" w:hAnsi="맑은 고딕" w:eastAsia="맑은 고딕"/>
          <w:b w:val="0"/>
          <w:color w:val="4E5968"/>
          <w:sz w:val="22"/>
        </w:rPr>
        <w:t>③ 농약의 이름</w:t>
      </w:r>
    </w:p>
    <w:p>
      <w:pPr>
        <w:ind w:left="320"/>
      </w:pPr>
      <w:r>
        <w:rPr>
          <w:rFonts w:ascii="맑은 고딕" w:hAnsi="맑은 고딕" w:eastAsia="맑은 고딕"/>
          <w:b w:val="0"/>
          <w:color w:val="4E5968"/>
          <w:sz w:val="22"/>
        </w:rPr>
        <w:t>④ 외국으로 유출된 토종 종자</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5. </w:t>
      </w:r>
      <w:r>
        <w:rPr>
          <w:rFonts w:ascii="맑은 고딕" w:hAnsi="맑은 고딕" w:eastAsia="맑은 고딕"/>
          <w:b/>
          <w:color w:val="191F28"/>
          <w:sz w:val="23"/>
        </w:rPr>
        <w:t>화학 비료 대신 천연 비료를 쓰는 까닭으로 알맞은 것은?</w:t>
      </w:r>
    </w:p>
    <w:p>
      <w:pPr>
        <w:ind w:left="320"/>
      </w:pPr>
      <w:r>
        <w:rPr>
          <w:rFonts w:ascii="맑은 고딕" w:hAnsi="맑은 고딕" w:eastAsia="맑은 고딕"/>
          <w:b w:val="0"/>
          <w:color w:val="4E5968"/>
          <w:sz w:val="22"/>
        </w:rPr>
        <w:t>① 토양을 산성화시켜 해쳐서</w:t>
      </w:r>
    </w:p>
    <w:p>
      <w:pPr>
        <w:ind w:left="320"/>
      </w:pPr>
      <w:r>
        <w:rPr>
          <w:rFonts w:ascii="맑은 고딕" w:hAnsi="맑은 고딕" w:eastAsia="맑은 고딕"/>
          <w:b w:val="0"/>
          <w:color w:val="4E5968"/>
          <w:sz w:val="22"/>
        </w:rPr>
        <w:t>② 천연 비료가 더 빨리 효과를 내서</w:t>
      </w:r>
    </w:p>
    <w:p>
      <w:pPr>
        <w:ind w:left="320"/>
      </w:pPr>
      <w:r>
        <w:rPr>
          <w:rFonts w:ascii="맑은 고딕" w:hAnsi="맑은 고딕" w:eastAsia="맑은 고딕"/>
          <w:b w:val="0"/>
          <w:color w:val="4E5968"/>
          <w:sz w:val="22"/>
        </w:rPr>
        <w:t>③ 화학 비료가 비싸서만</w:t>
      </w:r>
    </w:p>
    <w:p>
      <w:pPr>
        <w:ind w:left="320"/>
      </w:pPr>
      <w:r>
        <w:rPr>
          <w:rFonts w:ascii="맑은 고딕" w:hAnsi="맑은 고딕" w:eastAsia="맑은 고딕"/>
          <w:b w:val="0"/>
          <w:color w:val="4E5968"/>
          <w:sz w:val="22"/>
        </w:rPr>
        <w:t>④ 천연 비료가 농약이라서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6. </w:t>
      </w:r>
      <w:r>
        <w:rPr>
          <w:rFonts w:ascii="맑은 고딕" w:hAnsi="맑은 고딕" w:eastAsia="맑은 고딕"/>
          <w:b/>
          <w:color w:val="191F28"/>
          <w:sz w:val="23"/>
        </w:rPr>
        <w:t>토양을 살리고 탄소를 줄이는 과정을 순서대로 기호를 써 보세요.</w:t>
      </w:r>
    </w:p>
    <w:p>
      <w:pPr>
        <w:ind w:left="320"/>
      </w:pPr>
      <w:r>
        <w:rPr>
          <w:rFonts w:ascii="맑은 고딕" w:hAnsi="맑은 고딕" w:eastAsia="맑은 고딕"/>
          <w:b w:val="0"/>
          <w:color w:val="333D4B"/>
          <w:sz w:val="22"/>
        </w:rPr>
        <w:t>ㄱ. 토종 종자를 심어 가꾼다.</w:t>
      </w:r>
    </w:p>
    <w:p>
      <w:pPr>
        <w:ind w:left="320"/>
      </w:pPr>
      <w:r>
        <w:rPr>
          <w:rFonts w:ascii="맑은 고딕" w:hAnsi="맑은 고딕" w:eastAsia="맑은 고딕"/>
          <w:b w:val="0"/>
          <w:color w:val="333D4B"/>
          <w:sz w:val="22"/>
        </w:rPr>
        <w:t>ㄴ. 천연 비료로 살아 있는 토양을 만든다.</w:t>
      </w:r>
    </w:p>
    <w:p>
      <w:pPr>
        <w:ind w:left="320"/>
      </w:pPr>
      <w:r>
        <w:rPr>
          <w:rFonts w:ascii="맑은 고딕" w:hAnsi="맑은 고딕" w:eastAsia="맑은 고딕"/>
          <w:b w:val="0"/>
          <w:color w:val="333D4B"/>
          <w:sz w:val="22"/>
        </w:rPr>
        <w:t>ㄷ. 수확한 채소를 가까이서 소비해 푸드 마일리지를 줄인다.</w:t>
      </w:r>
    </w:p>
    <w:p>
      <w:pPr>
        <w:ind w:left="320"/>
      </w:pPr>
      <w:r>
        <w:rPr>
          <w:rFonts w:ascii="맑은 고딕" w:hAnsi="맑은 고딕" w:eastAsia="맑은 고딕"/>
          <w:b w:val="0"/>
          <w:color w:val="333D4B"/>
          <w:sz w:val="22"/>
        </w:rPr>
        <w:t>ㄹ. 색깔별 채소로 건강한 식단을 차린다.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육식 위주 식단을 채식으로 바꾸면 탄소 중립에 도움이 되는 까닭으로 알맞은 것은?</w:t>
      </w:r>
    </w:p>
    <w:p>
      <w:pPr>
        <w:ind w:left="320"/>
      </w:pPr>
      <w:r>
        <w:rPr>
          <w:rFonts w:ascii="맑은 고딕" w:hAnsi="맑은 고딕" w:eastAsia="맑은 고딕"/>
          <w:b w:val="0"/>
          <w:color w:val="4E5968"/>
          <w:sz w:val="22"/>
        </w:rPr>
        <w:t>① 채소가 훨씬 더 비싸서</w:t>
      </w:r>
    </w:p>
    <w:p>
      <w:pPr>
        <w:ind w:left="320"/>
      </w:pPr>
      <w:r>
        <w:rPr>
          <w:rFonts w:ascii="맑은 고딕" w:hAnsi="맑은 고딕" w:eastAsia="맑은 고딕"/>
          <w:b w:val="0"/>
          <w:color w:val="4E5968"/>
          <w:sz w:val="22"/>
        </w:rPr>
        <w:t>② 육류의 탄소 배출이 많아서</w:t>
      </w:r>
    </w:p>
    <w:p>
      <w:pPr>
        <w:ind w:left="320"/>
      </w:pPr>
      <w:r>
        <w:rPr>
          <w:rFonts w:ascii="맑은 고딕" w:hAnsi="맑은 고딕" w:eastAsia="맑은 고딕"/>
          <w:b w:val="0"/>
          <w:color w:val="4E5968"/>
          <w:sz w:val="22"/>
        </w:rPr>
        <w:t>③ 고기가 영양이 하나도 없어서</w:t>
      </w:r>
    </w:p>
    <w:p>
      <w:pPr>
        <w:ind w:left="320"/>
      </w:pPr>
      <w:r>
        <w:rPr>
          <w:rFonts w:ascii="맑은 고딕" w:hAnsi="맑은 고딕" w:eastAsia="맑은 고딕"/>
          <w:b w:val="0"/>
          <w:color w:val="4E5968"/>
          <w:sz w:val="22"/>
        </w:rPr>
        <w:t>④ 채소는 탄소를 전혀 안 내서</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색깔별 채소와 영양소 연결로 옳지 않은 것은?</w:t>
      </w:r>
    </w:p>
    <w:p>
      <w:pPr>
        <w:ind w:left="320"/>
      </w:pPr>
      <w:r>
        <w:rPr>
          <w:rFonts w:ascii="맑은 고딕" w:hAnsi="맑은 고딕" w:eastAsia="맑은 고딕"/>
          <w:b w:val="0"/>
          <w:color w:val="4E5968"/>
          <w:sz w:val="22"/>
        </w:rPr>
        <w:t>① 레드 푸드(토마토)에는 리코펜이 있다</w:t>
      </w:r>
    </w:p>
    <w:p>
      <w:pPr>
        <w:ind w:left="320"/>
      </w:pPr>
      <w:r>
        <w:rPr>
          <w:rFonts w:ascii="맑은 고딕" w:hAnsi="맑은 고딕" w:eastAsia="맑은 고딕"/>
          <w:b w:val="0"/>
          <w:color w:val="4E5968"/>
          <w:sz w:val="22"/>
        </w:rPr>
        <w:t>② 옐로우 푸드(당근)에는 베타카로틴이 풍부하다</w:t>
      </w:r>
    </w:p>
    <w:p>
      <w:pPr>
        <w:ind w:left="320"/>
      </w:pPr>
      <w:r>
        <w:rPr>
          <w:rFonts w:ascii="맑은 고딕" w:hAnsi="맑은 고딕" w:eastAsia="맑은 고딕"/>
          <w:b w:val="0"/>
          <w:color w:val="4E5968"/>
          <w:sz w:val="22"/>
        </w:rPr>
        <w:t>③ 화이트 푸드에 리코펜이 풍부하다</w:t>
      </w:r>
    </w:p>
    <w:p>
      <w:pPr>
        <w:ind w:left="320"/>
      </w:pPr>
      <w:r>
        <w:rPr>
          <w:rFonts w:ascii="맑은 고딕" w:hAnsi="맑은 고딕" w:eastAsia="맑은 고딕"/>
          <w:b w:val="0"/>
          <w:color w:val="4E5968"/>
          <w:sz w:val="22"/>
        </w:rPr>
        <w:t>④ 블랙·바이올렛 푸드에는 안토시아닌이 풍부하다</w:t>
      </w:r>
    </w:p>
    <w:p>
      <w:pPr>
        <w:spacing w:before="240"/>
      </w:pPr>
      <w:r>
        <w:rPr>
          <w:rFonts w:ascii="맑은 고딕" w:hAnsi="맑은 고딕" w:eastAsia="맑은 고딕"/>
          <w:b/>
          <w:color w:val="8B95A1"/>
          <w:sz w:val="17"/>
        </w:rPr>
        <w:t xml:space="preserve">  주제 심화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'학교 텃밭이 작지만 확실한 지구 구하기'라고 한 까닭을, 토양·종자·탄소 중 두 가지 이상과 연결해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식량 주권을 지키기 위해 우리가 토종 종자에 관심을 가져야 하는 까닭을 자신의 생각으로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텃밭으로 지구를 지켜요</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작물을 심어 길러요</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수많은 생물</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천연 비료</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토종 종자</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토양-작은 우주 / 천연 비료-낙엽 거름 / 토종 종자-우리 씨앗</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환경에 좋아요</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영양소가 다양해서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뿌듯하고 즐거워요</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④ 텃밭으로 지구를 지켜요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상추를 길러 보고 싶다. 물을 알맞게 주고 햇볕이 드는 곳에 두며 잡초를 뽑아 주겠다. · (평가) 기르고 싶은 것과 돌보는 방법을 구체적으로 적었는지 봐 주세요.</w:t>
      </w:r>
    </w:p>
    <w:p>
      <w:r>
        <w:br w:type="page"/>
      </w:r>
    </w:p>
    <w:p>
      <w:pPr>
        <w:spacing w:before="160"/>
      </w:pPr>
      <w:r>
        <w:rPr>
          <w:rFonts w:ascii="맑은 고딕" w:hAnsi="맑은 고딕" w:eastAsia="맑은 고딕"/>
          <w:b/>
          <w:color w:val="2272EB"/>
          <w:sz w:val="26"/>
        </w:rPr>
        <w:t>[중학년] 작지만 확실한 지구 구하기</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토양 생태계 지키기</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토종</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토양을 산성화시켜서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온실가스가 줄어듦</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ㄹ → ㄱ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흙 속에 수많은 생물이 살아서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로컬 푸드 이용</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색마다 다른 영양소가 있음</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채소를 직접 길러 먹으면 먼 곳에서 실어 오지 않아 온실가스가 줄고, 천연 비료로 땅도 건강해져 지구 환경을 지킬 수 있다. · (평가) 텃밭과 환경 보호의 연결을 예를 들어 설명했는지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가까운 곳에서 난 제철 채소를 먹고, 음식을 남기지 않으며, 고기보다 채소 반찬을 더 챙겨 먹겠다. · (평가) 탄소를 줄이는 식생활 실천을 구체적으로 적었는지 봐 주세요.</w:t>
      </w:r>
    </w:p>
    <w:p>
      <w:r>
        <w:br w:type="page"/>
      </w:r>
    </w:p>
    <w:p>
      <w:pPr>
        <w:spacing w:before="160"/>
      </w:pPr>
      <w:r>
        <w:rPr>
          <w:rFonts w:ascii="맑은 고딕" w:hAnsi="맑은 고딕" w:eastAsia="맑은 고딕"/>
          <w:b/>
          <w:color w:val="2272EB"/>
          <w:sz w:val="26"/>
        </w:rPr>
        <w:t>[고학년] 토양·종자·탄소를 지키는 텃밭</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온실가스로 인한 온난화</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마일리지</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식량 주권·다양성을 지켜서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외국으로 유출된 토종 종자</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토양을 산성화시켜 해쳐서</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② 육류의 탄소 배출이 많아서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화이트 푸드에 리코펜이 풍부하다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천연 비료로 토양 생태계를 되살리고, 토종 종자로 다양성을 지키며, 가까이서 길러 먹어 탄소 배출을 줄이기 때문이다. · (평가) 두 가지 이상 근거를 들어 설명했는지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먹거리 씨앗을 외국에 의존하면 비싼 로열티를 내야 하고 위기 때 식량을 스스로 지킬 수 없으므로, 토종 종자를 알고 지켜야 한다. · (평가) 식량 주권과 토종 종자의 관계를 논리적으로 서술했는지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