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기억해야 할 그날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11월 17일 '순국선열의 날'의 의미와 역사를 살펴본다. 무기를 든 '의사', 맨몸으로 저항한 '열사', 지식과 사상으로 헌신한 '지사'의 차이를 알아보고, 1905년 을사늑약이 강제로 맺어진 그날을 기억하기 위해 임시정부가 이 날을 기념일로 정한 까닭을 짚는다. 헤이그 특사·의병·3·1운동·임시정부·광복군으로 이어진 독립의 역사를 통해, 오늘의 대한민국이 순국선열의 희생 위에 있음을 되새기는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'순국선열의 날'은 언제인가요?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11월 17일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3월 1일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광복절 8월 15일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6월 6일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1905년 일제가 강압으로 대한제국의 외교권을 빼앗은 불법 조약을 '○○늑약'이라고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강화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을사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무기를 들고 의롭게 저항하다 순국하신 분을 무엇이라고 부르나요?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열사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의사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화가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맨몸으로 저항하다 순국하신 분(예: 유관순·민영환)을 무엇이라고 부르나요?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의사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열사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우리 역사 사건을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3·1 운동이 일어나고 대한민국 임시정부가 세워진다.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1905년 을사늑약이 강제로 체결된다.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1945년 광복을 맞이한다.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고종황제가 헤이그에 특사를 보낸다.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임시정부가 11월 17일을 순국선열의 날로 정한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을사늑약의 날을 기억하려고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기쁜 날이라서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광복을 맞이한 날이라서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대한민국 임시정부가 세워진 날이라서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을사늑약 소식을 들은 우리 국민의 모습으로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기뻐하며 큰 잔치를 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문을 닫고 저항함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일 없이 그냥 지냈다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일본을 반갑게 환영했다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1945년 8월 15일 광복에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일본이 선물로 그냥 준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어느 날 저절로 이루어진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순국선열의 희생 위의 결과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외국이 대신 싸워 준 것이다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순국선열의 날에 우리가 가질 수 있는 마음과, 그분들을 기억하는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 우리가 누리는 자유와 평화가 누구의 덕분인지 생각하며,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순국선열의 정신을 잇다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11월 17일 '순국선열의 날'의 의미와 역사를 살펴본다. 무기를 든 '의사', 맨몸으로 저항한 '열사', 지식과 사상으로 헌신한 '지사'의 차이를 알아보고, 1905년 을사늑약이 강제로 맺어진 그날을 기억하기 위해 임시정부가 이 날을 기념일로 정한 까닭을 짚는다. 헤이그 특사·의병·3·1운동·임시정부·광복군으로 이어진 독립의 역사를 통해, 오늘의 대한민국이 순국선열의 희생 위에 있음을 되새기는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'순국선열'에 대한 설명으로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순국해 공로를 인정받은 분들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전쟁에서 이긴 장군들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외국에서 활동한 예술가들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지금도 현재 살아 있는 독립운동가들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독립운동가 중 무기를 들지 않고 맨몸으로 저항하다 순국하신 분(예: 유관순·민영환)을 '○○'라고 부릅니다.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의사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열사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'의사·열사·지사'의 구분으로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의사는 무기로 저항하다 순국한 분이다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열사는 맨몸으로 저항하다 순국한 분이다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지사는 순국한 분에게만 붙인다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지사는 살아 계신 분에게도 붙일 수 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임시정부가 11월 17일을 순국선열의 날로 정한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광복을 기념하려고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대한민국 임시정부 수립을 축하하려고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전쟁에서 이긴 날이라서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을사늑약의 날을 기억하려고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독립운동의 흐름을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3·1 운동을 거쳐 대한민국 임시정부가 출범한다.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1905년 을사늑약으로 외교권을 빼앗긴다.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1940년 한국 광복군이 창설된다.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고종이 헤이그에 특사를 파견한다.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을사늑약이 '효력이 없는 불법 조약'이라고 보는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동의·국새 없이 강압으로 맺어서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조약 내용이 너무 짧고 간단했기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외국어로 쓰여서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너무 오래되어서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의병 전쟁에서 애국 계몽 운동으로 이어진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의병이 모든 싸움에서 다 크게 승리해서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의병의 한계를 느껴 실력 기르려고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일제가 스스로 물러가서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싸움을 완전히 포기해서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한국 광복군의 역사적 가치로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끝내 아무 활동도 못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몰래 일본을 도왔다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광복의 밑거름·국군으로 이어짐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우리와 아무 상관도 없는 외국 군대였다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'의사·열사·지사'를 아우르는 '순국선열'의 희생이 오늘의 대한민국에 어떤 의미를 갖는지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오늘을 사는 우리가 순국선열처럼 나라를 위할 수 있는 일은 무엇일지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기억해야 할 그날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11월 17일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을사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의사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열사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을사늑약의 날을 기억하려고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문을 닫고 저항함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순국선열의 희생 위의 결과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나라를 위해 목숨 바친 분들께 감사하는 마음을 갖고, 그분들의 이야기를 바르게 알며 기념일의 의미를 되새기겠다. · (평가) 감사의 마음과 기억하는 방법을 함께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지금의 자유는 독립을 위해 희생하신 순국선열 덕분임을 알게 되어 감사했고, 나도 나라를 아끼는 사람이 되고 싶다. · (평가) 희생의 의미를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순국선열의 정신을 잇다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순국해 공로를 인정받은 분들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열사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지사는 순국한 분에게만 붙인다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을사늑약의 날을 기억하려고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동의·국새 없이 강압으로 맺어서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의병의 한계를 느껴 실력 기르려고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광복의 밑거름·국군으로 이어짐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그분들의 목숨 건 저항과 희생이 쌓여 광복과 오늘의 자유로운 대한민국이 가능했으므로, 우리는 그 정신을 기억하고 이어가야 한다. · (평가) 희생과 오늘의 관계를 논리적으로 서술했는지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거창하지 않아도 우리 역사를 바르게 알고, 맡은 일에 최선을 다하며, 공동체를 위해 책임을 다하는 것이 오늘의 애국이라고 생각한다. · (평가) 현재 맥락의 실천을 구체적으로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