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rFonts w:ascii="맑은 고딕" w:hAnsi="맑은 고딕" w:eastAsia="맑은 고딕"/>
          <w:b/>
          <w:color w:val="2272EB"/>
          <w:sz w:val="19"/>
        </w:rPr>
        <w:t xml:space="preserve">[초등 저학년용] </w:t>
      </w:r>
    </w:p>
    <w:p>
      <w:r>
        <w:rPr>
          <w:rFonts w:ascii="맑은 고딕" w:hAnsi="맑은 고딕" w:eastAsia="맑은 고딕"/>
          <w:b/>
          <w:color w:val="191F28"/>
          <w:sz w:val="36"/>
        </w:rPr>
        <w:t>산이의 안내견 도전</w:t>
      </w:r>
    </w:p>
    <w:p>
      <w:pPr>
        <w:spacing w:before="240"/>
      </w:pPr>
      <w:r>
        <w:rPr>
          <w:rFonts w:ascii="맑은 고딕" w:hAnsi="맑은 고딕" w:eastAsia="맑은 고딕"/>
          <w:b/>
          <w:color w:val="8B95A1"/>
          <w:sz w:val="17"/>
        </w:rPr>
        <w:t xml:space="preserve">  장면 기억하기  </w:t>
      </w:r>
    </w:p>
    <w:p>
      <w:r>
        <w:rPr>
          <w:rFonts w:ascii="맑은 고딕" w:hAnsi="맑은 고딕" w:eastAsia="맑은 고딕"/>
          <w:b/>
          <w:color w:val="2272EB"/>
          <w:sz w:val="24"/>
        </w:rPr>
        <w:t xml:space="preserve">1. </w:t>
      </w:r>
      <w:r>
        <w:rPr>
          <w:rFonts w:ascii="맑은 고딕" w:hAnsi="맑은 고딕" w:eastAsia="맑은 고딕"/>
          <w:b/>
          <w:color w:val="191F28"/>
          <w:sz w:val="23"/>
        </w:rPr>
        <w:t>산이가 에스컬레이터 다음으로 통과한 곳은 어디인가요?</w:t>
      </w:r>
    </w:p>
    <w:p>
      <w:pPr>
        <w:ind w:left="320"/>
      </w:pPr>
      <w:r>
        <w:rPr>
          <w:rFonts w:ascii="맑은 고딕" w:hAnsi="맑은 고딕" w:eastAsia="맑은 고딕"/>
          <w:b w:val="0"/>
          <w:color w:val="4E5968"/>
          <w:sz w:val="22"/>
        </w:rPr>
        <w:t>① 개찰구</w:t>
      </w:r>
    </w:p>
    <w:p>
      <w:pPr>
        <w:ind w:left="320"/>
      </w:pPr>
      <w:r>
        <w:rPr>
          <w:rFonts w:ascii="맑은 고딕" w:hAnsi="맑은 고딕" w:eastAsia="맑은 고딕"/>
          <w:b w:val="0"/>
          <w:color w:val="4E5968"/>
          <w:sz w:val="22"/>
        </w:rPr>
        <w:t>② 횡단보도</w:t>
      </w:r>
    </w:p>
    <w:p>
      <w:pPr>
        <w:ind w:left="320"/>
      </w:pPr>
      <w:r>
        <w:rPr>
          <w:rFonts w:ascii="맑은 고딕" w:hAnsi="맑은 고딕" w:eastAsia="맑은 고딕"/>
          <w:b w:val="0"/>
          <w:color w:val="4E5968"/>
          <w:sz w:val="22"/>
        </w:rPr>
        <w:t>③ 버스 정류장</w:t>
      </w:r>
    </w:p>
    <w:p>
      <w:pPr>
        <w:ind w:left="320"/>
      </w:pPr>
      <w:r>
        <w:rPr>
          <w:rFonts w:ascii="맑은 고딕" w:hAnsi="맑은 고딕" w:eastAsia="맑은 고딕"/>
          <w:b w:val="0"/>
          <w:color w:val="4E5968"/>
          <w:sz w:val="22"/>
        </w:rPr>
        <w:t>④ 화장실</w:t>
      </w:r>
    </w:p>
    <w:p>
      <w:pPr>
        <w:spacing w:before="240"/>
      </w:pPr>
      <w:r>
        <w:rPr>
          <w:rFonts w:ascii="맑은 고딕" w:hAnsi="맑은 고딕" w:eastAsia="맑은 고딕"/>
          <w:b/>
          <w:color w:val="8B95A1"/>
          <w:sz w:val="17"/>
        </w:rPr>
        <w:t xml:space="preserve">  장면 기억하기  </w:t>
      </w:r>
    </w:p>
    <w:p>
      <w:r>
        <w:rPr>
          <w:rFonts w:ascii="맑은 고딕" w:hAnsi="맑은 고딕" w:eastAsia="맑은 고딕"/>
          <w:b/>
          <w:color w:val="2272EB"/>
          <w:sz w:val="24"/>
        </w:rPr>
        <w:t xml:space="preserve">2. </w:t>
      </w:r>
      <w:r>
        <w:rPr>
          <w:rFonts w:ascii="맑은 고딕" w:hAnsi="맑은 고딕" w:eastAsia="맑은 고딕"/>
          <w:b/>
          <w:color w:val="191F28"/>
          <w:sz w:val="23"/>
        </w:rPr>
        <w:t>박사님은 안내견을 예뻐할 때 어떻게 하는 것이 가장 좋다고 했나요?</w:t>
      </w:r>
    </w:p>
    <w:p>
      <w:pPr>
        <w:ind w:left="320"/>
      </w:pPr>
      <w:r>
        <w:rPr>
          <w:rFonts w:ascii="맑은 고딕" w:hAnsi="맑은 고딕" w:eastAsia="맑은 고딕"/>
          <w:b w:val="0"/>
          <w:color w:val="4E5968"/>
          <w:sz w:val="22"/>
        </w:rPr>
        <w:t>① 간식을 준다</w:t>
      </w:r>
    </w:p>
    <w:p>
      <w:pPr>
        <w:ind w:left="320"/>
      </w:pPr>
      <w:r>
        <w:rPr>
          <w:rFonts w:ascii="맑은 고딕" w:hAnsi="맑은 고딕" w:eastAsia="맑은 고딕"/>
          <w:b w:val="0"/>
          <w:color w:val="4E5968"/>
          <w:sz w:val="22"/>
        </w:rPr>
        <w:t>② 눈으로만 예뻐한다</w:t>
      </w:r>
    </w:p>
    <w:p>
      <w:pPr>
        <w:ind w:left="320"/>
      </w:pPr>
      <w:r>
        <w:rPr>
          <w:rFonts w:ascii="맑은 고딕" w:hAnsi="맑은 고딕" w:eastAsia="맑은 고딕"/>
          <w:b w:val="0"/>
          <w:color w:val="4E5968"/>
          <w:sz w:val="22"/>
        </w:rPr>
        <w:t>③ 머리를 쓰다듬는다</w:t>
      </w:r>
    </w:p>
    <w:p>
      <w:pPr>
        <w:ind w:left="320"/>
      </w:pPr>
      <w:r>
        <w:rPr>
          <w:rFonts w:ascii="맑은 고딕" w:hAnsi="맑은 고딕" w:eastAsia="맑은 고딕"/>
          <w:b w:val="0"/>
          <w:color w:val="4E5968"/>
          <w:sz w:val="22"/>
        </w:rPr>
        <w:t>④ 같이 뛰어논다</w:t>
      </w:r>
    </w:p>
    <w:p>
      <w:pPr>
        <w:spacing w:before="240"/>
      </w:pPr>
      <w:r>
        <w:rPr>
          <w:rFonts w:ascii="맑은 고딕" w:hAnsi="맑은 고딕" w:eastAsia="맑은 고딕"/>
          <w:b/>
          <w:color w:val="8B95A1"/>
          <w:sz w:val="17"/>
        </w:rPr>
        <w:t xml:space="preserve">  장면 기억하기  </w:t>
      </w:r>
    </w:p>
    <w:p>
      <w:r>
        <w:rPr>
          <w:rFonts w:ascii="맑은 고딕" w:hAnsi="맑은 고딕" w:eastAsia="맑은 고딕"/>
          <w:b/>
          <w:color w:val="2272EB"/>
          <w:sz w:val="24"/>
        </w:rPr>
        <w:t xml:space="preserve">3. </w:t>
      </w:r>
      <w:r>
        <w:rPr>
          <w:rFonts w:ascii="맑은 고딕" w:hAnsi="맑은 고딕" w:eastAsia="맑은 고딕"/>
          <w:b/>
          <w:color w:val="191F28"/>
          <w:sz w:val="23"/>
        </w:rPr>
        <w:t>해달이의 집에 함께 사는 동물이 아닌 것은?</w:t>
      </w:r>
    </w:p>
    <w:p>
      <w:pPr>
        <w:ind w:left="320"/>
      </w:pPr>
      <w:r>
        <w:rPr>
          <w:rFonts w:ascii="맑은 고딕" w:hAnsi="맑은 고딕" w:eastAsia="맑은 고딕"/>
          <w:b w:val="0"/>
          <w:color w:val="4E5968"/>
          <w:sz w:val="22"/>
        </w:rPr>
        <w:t>① 안내견 지구</w:t>
      </w:r>
    </w:p>
    <w:p>
      <w:pPr>
        <w:ind w:left="320"/>
      </w:pPr>
      <w:r>
        <w:rPr>
          <w:rFonts w:ascii="맑은 고딕" w:hAnsi="맑은 고딕" w:eastAsia="맑은 고딕"/>
          <w:b w:val="0"/>
          <w:color w:val="4E5968"/>
          <w:sz w:val="22"/>
        </w:rPr>
        <w:t>② 반려견 마루</w:t>
      </w:r>
    </w:p>
    <w:p>
      <w:pPr>
        <w:ind w:left="320"/>
      </w:pPr>
      <w:r>
        <w:rPr>
          <w:rFonts w:ascii="맑은 고딕" w:hAnsi="맑은 고딕" w:eastAsia="맑은 고딕"/>
          <w:b w:val="0"/>
          <w:color w:val="4E5968"/>
          <w:sz w:val="22"/>
        </w:rPr>
        <w:t>③ 고양이 나비</w:t>
      </w:r>
    </w:p>
    <w:p>
      <w:pPr>
        <w:ind w:left="320"/>
      </w:pPr>
      <w:r>
        <w:rPr>
          <w:rFonts w:ascii="맑은 고딕" w:hAnsi="맑은 고딕" w:eastAsia="맑은 고딕"/>
          <w:b w:val="0"/>
          <w:color w:val="4E5968"/>
          <w:sz w:val="22"/>
        </w:rPr>
        <w:t>④ 안내견 해달</w:t>
      </w:r>
    </w:p>
    <w:p>
      <w:pPr>
        <w:spacing w:before="240"/>
      </w:pPr>
      <w:r>
        <w:rPr>
          <w:rFonts w:ascii="맑은 고딕" w:hAnsi="맑은 고딕" w:eastAsia="맑은 고딕"/>
          <w:b/>
          <w:color w:val="8B95A1"/>
          <w:sz w:val="17"/>
        </w:rPr>
        <w:t xml:space="preserve">  장면 기억하기  </w:t>
      </w:r>
    </w:p>
    <w:p>
      <w:r>
        <w:rPr>
          <w:rFonts w:ascii="맑은 고딕" w:hAnsi="맑은 고딕" w:eastAsia="맑은 고딕"/>
          <w:b/>
          <w:color w:val="2272EB"/>
          <w:sz w:val="24"/>
        </w:rPr>
        <w:t xml:space="preserve">4. </w:t>
      </w:r>
      <w:r>
        <w:rPr>
          <w:rFonts w:ascii="맑은 고딕" w:hAnsi="맑은 고딕" w:eastAsia="맑은 고딕"/>
          <w:b/>
          <w:color w:val="191F28"/>
          <w:sz w:val="23"/>
        </w:rPr>
        <w:t>산이가 '맛있는 냄새'가 나는 곳에서 한 행동은?</w:t>
      </w:r>
    </w:p>
    <w:p>
      <w:pPr>
        <w:ind w:left="320"/>
      </w:pPr>
      <w:r>
        <w:rPr>
          <w:rFonts w:ascii="맑은 고딕" w:hAnsi="맑은 고딕" w:eastAsia="맑은 고딕"/>
          <w:b w:val="0"/>
          <w:color w:val="4E5968"/>
          <w:sz w:val="22"/>
        </w:rPr>
        <w:t>① 맛있는 냄새 쪽으로 얼른 다가갔다</w:t>
      </w:r>
    </w:p>
    <w:p>
      <w:pPr>
        <w:ind w:left="320"/>
      </w:pPr>
      <w:r>
        <w:rPr>
          <w:rFonts w:ascii="맑은 고딕" w:hAnsi="맑은 고딕" w:eastAsia="맑은 고딕"/>
          <w:b w:val="0"/>
          <w:color w:val="4E5968"/>
          <w:sz w:val="22"/>
        </w:rPr>
        <w:t>② 그냥 빠르게 지나갔다</w:t>
      </w:r>
    </w:p>
    <w:p>
      <w:pPr>
        <w:ind w:left="320"/>
      </w:pPr>
      <w:r>
        <w:rPr>
          <w:rFonts w:ascii="맑은 고딕" w:hAnsi="맑은 고딕" w:eastAsia="맑은 고딕"/>
          <w:b w:val="0"/>
          <w:color w:val="4E5968"/>
          <w:sz w:val="22"/>
        </w:rPr>
        <w:t>③ 자리에 앉아 버렸다</w:t>
      </w:r>
    </w:p>
    <w:p>
      <w:pPr>
        <w:ind w:left="320"/>
      </w:pPr>
      <w:r>
        <w:rPr>
          <w:rFonts w:ascii="맑은 고딕" w:hAnsi="맑은 고딕" w:eastAsia="맑은 고딕"/>
          <w:b w:val="0"/>
          <w:color w:val="4E5968"/>
          <w:sz w:val="22"/>
        </w:rPr>
        <w:t>④ 멈춰 서서 주인에게 알렸다</w:t>
      </w:r>
    </w:p>
    <w:p>
      <w:pPr>
        <w:spacing w:before="240"/>
      </w:pPr>
      <w:r>
        <w:rPr>
          <w:rFonts w:ascii="맑은 고딕" w:hAnsi="맑은 고딕" w:eastAsia="맑은 고딕"/>
          <w:b/>
          <w:color w:val="8B95A1"/>
          <w:sz w:val="17"/>
        </w:rPr>
        <w:t xml:space="preserve">  장면 기억하기  </w:t>
      </w:r>
    </w:p>
    <w:p>
      <w:r>
        <w:rPr>
          <w:rFonts w:ascii="맑은 고딕" w:hAnsi="맑은 고딕" w:eastAsia="맑은 고딕"/>
          <w:b/>
          <w:color w:val="2272EB"/>
          <w:sz w:val="24"/>
        </w:rPr>
        <w:t xml:space="preserve">5. </w:t>
      </w:r>
      <w:r>
        <w:rPr>
          <w:rFonts w:ascii="맑은 고딕" w:hAnsi="맑은 고딕" w:eastAsia="맑은 고딕"/>
          <w:b/>
          <w:color w:val="191F28"/>
          <w:sz w:val="23"/>
        </w:rPr>
        <w:t>산이가 길에서 자전거를 만났을 때 한 행동은?</w:t>
      </w:r>
    </w:p>
    <w:p>
      <w:pPr>
        <w:ind w:left="320"/>
      </w:pPr>
      <w:r>
        <w:rPr>
          <w:rFonts w:ascii="맑은 고딕" w:hAnsi="맑은 고딕" w:eastAsia="맑은 고딕"/>
          <w:b w:val="0"/>
          <w:color w:val="4E5968"/>
          <w:sz w:val="22"/>
        </w:rPr>
        <w:t>① 부딪치지 않게 피해 갔다</w:t>
      </w:r>
    </w:p>
    <w:p>
      <w:pPr>
        <w:ind w:left="320"/>
      </w:pPr>
      <w:r>
        <w:rPr>
          <w:rFonts w:ascii="맑은 고딕" w:hAnsi="맑은 고딕" w:eastAsia="맑은 고딕"/>
          <w:b w:val="0"/>
          <w:color w:val="4E5968"/>
          <w:sz w:val="22"/>
        </w:rPr>
        <w:t>② 신난 듯 자전거를 졸졸 따라 달렸다</w:t>
      </w:r>
    </w:p>
    <w:p>
      <w:pPr>
        <w:ind w:left="320"/>
      </w:pPr>
      <w:r>
        <w:rPr>
          <w:rFonts w:ascii="맑은 고딕" w:hAnsi="맑은 고딕" w:eastAsia="맑은 고딕"/>
          <w:b w:val="0"/>
          <w:color w:val="4E5968"/>
          <w:sz w:val="22"/>
        </w:rPr>
        <w:t>③ 멈춰 앉아 버렸다</w:t>
      </w:r>
    </w:p>
    <w:p>
      <w:pPr>
        <w:ind w:left="320"/>
      </w:pPr>
      <w:r>
        <w:rPr>
          <w:rFonts w:ascii="맑은 고딕" w:hAnsi="맑은 고딕" w:eastAsia="맑은 고딕"/>
          <w:b w:val="0"/>
          <w:color w:val="4E5968"/>
          <w:sz w:val="22"/>
        </w:rPr>
        <w:t>④ 주인을 두고 먼저 갔다</w:t>
      </w:r>
    </w:p>
    <w:p>
      <w:pPr>
        <w:spacing w:before="240"/>
      </w:pPr>
      <w:r>
        <w:rPr>
          <w:rFonts w:ascii="맑은 고딕" w:hAnsi="맑은 고딕" w:eastAsia="맑은 고딕"/>
          <w:b/>
          <w:color w:val="8B95A1"/>
          <w:sz w:val="17"/>
        </w:rPr>
        <w:t xml:space="preserve">  장면 기억하기  </w:t>
      </w:r>
    </w:p>
    <w:p>
      <w:r>
        <w:rPr>
          <w:rFonts w:ascii="맑은 고딕" w:hAnsi="맑은 고딕" w:eastAsia="맑은 고딕"/>
          <w:b/>
          <w:color w:val="2272EB"/>
          <w:sz w:val="24"/>
        </w:rPr>
        <w:t xml:space="preserve">6. </w:t>
      </w:r>
      <w:r>
        <w:rPr>
          <w:rFonts w:ascii="맑은 고딕" w:hAnsi="맑은 고딕" w:eastAsia="맑은 고딕"/>
          <w:b/>
          <w:color w:val="191F28"/>
          <w:sz w:val="23"/>
        </w:rPr>
        <w:t>박사님이 눈을 가리고 한 일은?</w:t>
      </w:r>
    </w:p>
    <w:p>
      <w:pPr>
        <w:ind w:left="320"/>
      </w:pPr>
      <w:r>
        <w:rPr>
          <w:rFonts w:ascii="맑은 고딕" w:hAnsi="맑은 고딕" w:eastAsia="맑은 고딕"/>
          <w:b w:val="0"/>
          <w:color w:val="4E5968"/>
          <w:sz w:val="22"/>
        </w:rPr>
        <w:t>① 산이를 번쩍 안아 업고 갔다</w:t>
      </w:r>
    </w:p>
    <w:p>
      <w:pPr>
        <w:ind w:left="320"/>
      </w:pPr>
      <w:r>
        <w:rPr>
          <w:rFonts w:ascii="맑은 고딕" w:hAnsi="맑은 고딕" w:eastAsia="맑은 고딕"/>
          <w:b w:val="0"/>
          <w:color w:val="4E5968"/>
          <w:sz w:val="22"/>
        </w:rPr>
        <w:t>② 혼자 앞서 걸었다</w:t>
      </w:r>
    </w:p>
    <w:p>
      <w:pPr>
        <w:ind w:left="320"/>
      </w:pPr>
      <w:r>
        <w:rPr>
          <w:rFonts w:ascii="맑은 고딕" w:hAnsi="맑은 고딕" w:eastAsia="맑은 고딕"/>
          <w:b w:val="0"/>
          <w:color w:val="4E5968"/>
          <w:sz w:val="22"/>
        </w:rPr>
        <w:t>③ 산이를 쓰다듬었다</w:t>
      </w:r>
    </w:p>
    <w:p>
      <w:pPr>
        <w:ind w:left="320"/>
      </w:pPr>
      <w:r>
        <w:rPr>
          <w:rFonts w:ascii="맑은 고딕" w:hAnsi="맑은 고딕" w:eastAsia="맑은 고딕"/>
          <w:b w:val="0"/>
          <w:color w:val="4E5968"/>
          <w:sz w:val="22"/>
        </w:rPr>
        <w:t>④ 산이를 따라 걸었다</w:t>
      </w:r>
    </w:p>
    <w:p>
      <w:pPr>
        <w:spacing w:before="240"/>
      </w:pPr>
      <w:r>
        <w:rPr>
          <w:rFonts w:ascii="맑은 고딕" w:hAnsi="맑은 고딕" w:eastAsia="맑은 고딕"/>
          <w:b/>
          <w:color w:val="8B95A1"/>
          <w:sz w:val="17"/>
        </w:rPr>
        <w:t xml:space="preserve">  장면 기억하기  </w:t>
      </w:r>
    </w:p>
    <w:p>
      <w:r>
        <w:rPr>
          <w:rFonts w:ascii="맑은 고딕" w:hAnsi="맑은 고딕" w:eastAsia="맑은 고딕"/>
          <w:b/>
          <w:color w:val="2272EB"/>
          <w:sz w:val="24"/>
        </w:rPr>
        <w:t xml:space="preserve">7. </w:t>
      </w:r>
      <w:r>
        <w:rPr>
          <w:rFonts w:ascii="맑은 고딕" w:hAnsi="맑은 고딕" w:eastAsia="맑은 고딕"/>
          <w:b/>
          <w:color w:val="191F28"/>
          <w:sz w:val="23"/>
        </w:rPr>
        <w:t>박사님이 산이에게 준 점수는?</w:t>
      </w:r>
    </w:p>
    <w:p>
      <w:pPr>
        <w:ind w:left="320"/>
      </w:pPr>
      <w:r>
        <w:rPr>
          <w:rFonts w:ascii="맑은 고딕" w:hAnsi="맑은 고딕" w:eastAsia="맑은 고딕"/>
          <w:b w:val="0"/>
          <w:color w:val="4E5968"/>
          <w:sz w:val="22"/>
        </w:rPr>
        <w:t>① 100점</w:t>
      </w:r>
    </w:p>
    <w:p>
      <w:pPr>
        <w:ind w:left="320"/>
      </w:pPr>
      <w:r>
        <w:rPr>
          <w:rFonts w:ascii="맑은 고딕" w:hAnsi="맑은 고딕" w:eastAsia="맑은 고딕"/>
          <w:b w:val="0"/>
          <w:color w:val="4E5968"/>
          <w:sz w:val="22"/>
        </w:rPr>
        <w:t>② 150점</w:t>
      </w:r>
    </w:p>
    <w:p>
      <w:pPr>
        <w:ind w:left="320"/>
      </w:pPr>
      <w:r>
        <w:rPr>
          <w:rFonts w:ascii="맑은 고딕" w:hAnsi="맑은 고딕" w:eastAsia="맑은 고딕"/>
          <w:b w:val="0"/>
          <w:color w:val="4E5968"/>
          <w:sz w:val="22"/>
        </w:rPr>
        <w:t>③ 50점</w:t>
      </w:r>
    </w:p>
    <w:p>
      <w:pPr>
        <w:ind w:left="320"/>
      </w:pPr>
      <w:r>
        <w:rPr>
          <w:rFonts w:ascii="맑은 고딕" w:hAnsi="맑은 고딕" w:eastAsia="맑은 고딕"/>
          <w:b w:val="0"/>
          <w:color w:val="4E5968"/>
          <w:sz w:val="22"/>
        </w:rPr>
        <w:t>④ 10점</w:t>
      </w:r>
    </w:p>
    <w:p>
      <w:pPr>
        <w:spacing w:before="240"/>
      </w:pPr>
      <w:r>
        <w:rPr>
          <w:rFonts w:ascii="맑은 고딕" w:hAnsi="맑은 고딕" w:eastAsia="맑은 고딕"/>
          <w:b/>
          <w:color w:val="8B95A1"/>
          <w:sz w:val="17"/>
        </w:rPr>
        <w:t xml:space="preserve">  장면 기억하기  </w:t>
      </w:r>
    </w:p>
    <w:p>
      <w:r>
        <w:rPr>
          <w:rFonts w:ascii="맑은 고딕" w:hAnsi="맑은 고딕" w:eastAsia="맑은 고딕"/>
          <w:b/>
          <w:color w:val="2272EB"/>
          <w:sz w:val="24"/>
        </w:rPr>
        <w:t xml:space="preserve">8. </w:t>
      </w:r>
      <w:r>
        <w:rPr>
          <w:rFonts w:ascii="맑은 고딕" w:hAnsi="맑은 고딕" w:eastAsia="맑은 고딕"/>
          <w:b/>
          <w:color w:val="191F28"/>
          <w:sz w:val="23"/>
        </w:rPr>
        <w:t>영상에서 안내견에게 일도 훈련도 모두 무엇이라고 했나요?</w:t>
      </w:r>
    </w:p>
    <w:p>
      <w:pPr>
        <w:ind w:left="320"/>
      </w:pPr>
      <w:r>
        <w:rPr>
          <w:rFonts w:ascii="맑은 고딕" w:hAnsi="맑은 고딕" w:eastAsia="맑은 고딕"/>
          <w:b w:val="0"/>
          <w:color w:val="4E5968"/>
          <w:sz w:val="22"/>
        </w:rPr>
        <w:t>① 힘든 일이에요</w:t>
      </w:r>
    </w:p>
    <w:p>
      <w:pPr>
        <w:ind w:left="320"/>
      </w:pPr>
      <w:r>
        <w:rPr>
          <w:rFonts w:ascii="맑은 고딕" w:hAnsi="맑은 고딕" w:eastAsia="맑은 고딕"/>
          <w:b w:val="0"/>
          <w:color w:val="4E5968"/>
          <w:sz w:val="22"/>
        </w:rPr>
        <w:t>② 무서운 훈련이에요</w:t>
      </w:r>
    </w:p>
    <w:p>
      <w:pPr>
        <w:ind w:left="320"/>
      </w:pPr>
      <w:r>
        <w:rPr>
          <w:rFonts w:ascii="맑은 고딕" w:hAnsi="맑은 고딕" w:eastAsia="맑은 고딕"/>
          <w:b w:val="0"/>
          <w:color w:val="4E5968"/>
          <w:sz w:val="22"/>
        </w:rPr>
        <w:t>③ 즐거운 산책이에요</w:t>
      </w:r>
    </w:p>
    <w:p>
      <w:pPr>
        <w:ind w:left="320"/>
      </w:pPr>
      <w:r>
        <w:rPr>
          <w:rFonts w:ascii="맑은 고딕" w:hAnsi="맑은 고딕" w:eastAsia="맑은 고딕"/>
          <w:b w:val="0"/>
          <w:color w:val="4E5968"/>
          <w:sz w:val="22"/>
        </w:rPr>
        <w:t>④ 재미없는 숙제예요</w:t>
      </w:r>
    </w:p>
    <w:p>
      <w:pPr>
        <w:spacing w:before="240"/>
      </w:pPr>
      <w:r>
        <w:rPr>
          <w:rFonts w:ascii="맑은 고딕" w:hAnsi="맑은 고딕" w:eastAsia="맑은 고딕"/>
          <w:b/>
          <w:color w:val="8B95A1"/>
          <w:sz w:val="17"/>
        </w:rPr>
        <w:t xml:space="preserve">  알맞게 줄 긋기  </w:t>
      </w:r>
    </w:p>
    <w:p>
      <w:r>
        <w:rPr>
          <w:rFonts w:ascii="맑은 고딕" w:hAnsi="맑은 고딕" w:eastAsia="맑은 고딕"/>
          <w:b/>
          <w:color w:val="2272EB"/>
          <w:sz w:val="24"/>
        </w:rPr>
        <w:t xml:space="preserve">9. </w:t>
      </w:r>
      <w:r>
        <w:rPr>
          <w:rFonts w:ascii="맑은 고딕" w:hAnsi="맑은 고딕" w:eastAsia="맑은 고딕"/>
          <w:b/>
          <w:color w:val="191F28"/>
          <w:sz w:val="23"/>
        </w:rPr>
        <w:t>산이가 지하철에서 한 일을 알맞게 연결해 보세요.</w:t>
      </w:r>
    </w:p>
    <w:p>
      <w:pPr>
        <w:ind w:left="320"/>
      </w:pPr>
      <w:r>
        <w:rPr>
          <w:rFonts w:ascii="맑은 고딕" w:hAnsi="맑은 고딕" w:eastAsia="맑은 고딕"/>
          <w:b w:val="0"/>
          <w:color w:val="333D4B"/>
          <w:sz w:val="22"/>
        </w:rPr>
        <w:t>에스컬레이터  ·          ·  타고 내려갔다</w:t>
      </w:r>
    </w:p>
    <w:p>
      <w:pPr>
        <w:ind w:left="320"/>
      </w:pPr>
      <w:r>
        <w:rPr>
          <w:rFonts w:ascii="맑은 고딕" w:hAnsi="맑은 고딕" w:eastAsia="맑은 고딕"/>
          <w:b w:val="0"/>
          <w:color w:val="333D4B"/>
          <w:sz w:val="22"/>
        </w:rPr>
        <w:t>개찰구  ·          ·  멈춰서 알렸다</w:t>
      </w:r>
    </w:p>
    <w:p>
      <w:pPr>
        <w:ind w:left="320"/>
      </w:pPr>
      <w:r>
        <w:rPr>
          <w:rFonts w:ascii="맑은 고딕" w:hAnsi="맑은 고딕" w:eastAsia="맑은 고딕"/>
          <w:b w:val="0"/>
          <w:color w:val="333D4B"/>
          <w:sz w:val="22"/>
        </w:rPr>
        <w:t>의자  ·          ·  찾아서 앉았다</w:t>
      </w:r>
    </w:p>
    <w:p>
      <w:pPr>
        <w:spacing w:before="240"/>
      </w:pPr>
      <w:r>
        <w:rPr>
          <w:rFonts w:ascii="맑은 고딕" w:hAnsi="맑은 고딕" w:eastAsia="맑은 고딕"/>
          <w:b/>
          <w:color w:val="8B95A1"/>
          <w:sz w:val="17"/>
        </w:rPr>
        <w:t xml:space="preserve">  생각하고 쓰기  </w:t>
      </w:r>
    </w:p>
    <w:p>
      <w:r>
        <w:rPr>
          <w:rFonts w:ascii="맑은 고딕" w:hAnsi="맑은 고딕" w:eastAsia="맑은 고딕"/>
          <w:b/>
          <w:color w:val="2272EB"/>
          <w:sz w:val="24"/>
        </w:rPr>
        <w:t xml:space="preserve">10. </w:t>
      </w:r>
      <w:r>
        <w:rPr>
          <w:rFonts w:ascii="맑은 고딕" w:hAnsi="맑은 고딕" w:eastAsia="맑은 고딕"/>
          <w:b/>
          <w:color w:val="191F28"/>
          <w:sz w:val="23"/>
        </w:rPr>
        <w:t>길에서 일하는 안내견을 만났을 때 내가 지킬 약속을, 영상에서 본 내용을 떠올려 써 보세요.</w:t>
      </w:r>
    </w:p>
    <w:p>
      <w:pPr>
        <w:pBdr>
          <w:bottom w:val="single" w:sz="6" w:space="1" w:color="C8CDD2"/>
        </w:pBdr>
        <w:spacing w:before="360" w:after="0"/>
        <w:ind w:left="320"/>
      </w:pPr>
    </w:p>
    <w:p>
      <w:pPr>
        <w:pBdr>
          <w:bottom w:val="single" w:sz="6" w:space="1" w:color="C8CDD2"/>
        </w:pBdr>
        <w:spacing w:before="360" w:after="0"/>
        <w:ind w:left="320"/>
      </w:pPr>
    </w:p>
    <w:p>
      <w:pPr>
        <w:pBdr>
          <w:bottom w:val="single" w:sz="6" w:space="1" w:color="C8CDD2"/>
        </w:pBdr>
        <w:spacing w:before="360" w:after="0"/>
        <w:ind w:left="320"/>
      </w:pPr>
    </w:p>
    <w:p>
      <w:r>
        <w:br w:type="page"/>
      </w:r>
    </w:p>
    <w:p>
      <w:r>
        <w:rPr>
          <w:rFonts w:ascii="맑은 고딕" w:hAnsi="맑은 고딕" w:eastAsia="맑은 고딕"/>
          <w:b/>
          <w:color w:val="2272EB"/>
          <w:sz w:val="19"/>
        </w:rPr>
        <w:t xml:space="preserve">[초등 중학년용] </w:t>
      </w:r>
    </w:p>
    <w:p>
      <w:r>
        <w:rPr>
          <w:rFonts w:ascii="맑은 고딕" w:hAnsi="맑은 고딕" w:eastAsia="맑은 고딕"/>
          <w:b/>
          <w:color w:val="191F28"/>
          <w:sz w:val="36"/>
        </w:rPr>
        <w:t>안내견 산이의 지하철 도전</w:t>
      </w:r>
    </w:p>
    <w:p>
      <w:r>
        <w:rPr>
          <w:rFonts w:ascii="맑은 고딕" w:hAnsi="맑은 고딕" w:eastAsia="맑은 고딕"/>
          <w:b/>
          <w:color w:val="2272EB"/>
          <w:sz w:val="19"/>
        </w:rPr>
        <w:t xml:space="preserve">영상 미리보기  </w:t>
      </w:r>
      <w:r>
        <w:rPr>
          <w:rFonts w:ascii="맑은 고딕" w:hAnsi="맑은 고딕" w:eastAsia="맑은 고딕"/>
          <w:b w:val="0"/>
          <w:color w:val="4E5968"/>
          <w:sz w:val="19"/>
        </w:rPr>
        <w:t>예비 안내견 '산이'가 사람과 자전거가 오가는 실제 거리와 지하철에서 실전 훈련을 한다. 위험한 곳에서는 멈춰 주인에게 알리고, 에스컬레이터·개찰구·계단·탑승·의자 찾기까지 침착하게 해낸다. 안내견은 만지지 말고 눈으로만 예뻐해야 하며, 시각 장애인의 소중한 동반자임을 알려 주는 영상.</w:t>
      </w:r>
    </w:p>
    <w:p>
      <w:pPr>
        <w:spacing w:before="240"/>
      </w:pPr>
      <w:r>
        <w:rPr>
          <w:rFonts w:ascii="맑은 고딕" w:hAnsi="맑은 고딕" w:eastAsia="맑은 고딕"/>
          <w:b/>
          <w:color w:val="8B95A1"/>
          <w:sz w:val="17"/>
        </w:rPr>
        <w:t xml:space="preserve">  추론 · 까닭 찾기  </w:t>
      </w:r>
    </w:p>
    <w:p>
      <w:r>
        <w:rPr>
          <w:rFonts w:ascii="맑은 고딕" w:hAnsi="맑은 고딕" w:eastAsia="맑은 고딕"/>
          <w:b/>
          <w:color w:val="2272EB"/>
          <w:sz w:val="24"/>
        </w:rPr>
        <w:t xml:space="preserve">1. </w:t>
      </w:r>
      <w:r>
        <w:rPr>
          <w:rFonts w:ascii="맑은 고딕" w:hAnsi="맑은 고딕" w:eastAsia="맑은 고딕"/>
          <w:b/>
          <w:color w:val="191F28"/>
          <w:sz w:val="23"/>
        </w:rPr>
        <w:t>산이가 '맛있는 냄새'가 나는 곳에서 멈춘 까닭으로 알맞은 것은?</w:t>
      </w:r>
    </w:p>
    <w:p>
      <w:pPr>
        <w:ind w:left="320"/>
      </w:pPr>
      <w:r>
        <w:rPr>
          <w:rFonts w:ascii="맑은 고딕" w:hAnsi="맑은 고딕" w:eastAsia="맑은 고딕"/>
          <w:b w:val="0"/>
          <w:color w:val="4E5968"/>
          <w:sz w:val="22"/>
        </w:rPr>
        <w:t>① 냄새가 좋아 더 맡고 싶어서</w:t>
      </w:r>
    </w:p>
    <w:p>
      <w:pPr>
        <w:ind w:left="320"/>
      </w:pPr>
      <w:r>
        <w:rPr>
          <w:rFonts w:ascii="맑은 고딕" w:hAnsi="맑은 고딕" w:eastAsia="맑은 고딕"/>
          <w:b w:val="0"/>
          <w:color w:val="4E5968"/>
          <w:sz w:val="22"/>
        </w:rPr>
        <w:t>② 배가 고파 밥을 먹으려고</w:t>
      </w:r>
    </w:p>
    <w:p>
      <w:pPr>
        <w:ind w:left="320"/>
      </w:pPr>
      <w:r>
        <w:rPr>
          <w:rFonts w:ascii="맑은 고딕" w:hAnsi="맑은 고딕" w:eastAsia="맑은 고딕"/>
          <w:b w:val="0"/>
          <w:color w:val="4E5968"/>
          <w:sz w:val="22"/>
        </w:rPr>
        <w:t>③ 지나갈 수 없어 알리려고</w:t>
      </w:r>
    </w:p>
    <w:p>
      <w:pPr>
        <w:ind w:left="320"/>
      </w:pPr>
      <w:r>
        <w:rPr>
          <w:rFonts w:ascii="맑은 고딕" w:hAnsi="맑은 고딕" w:eastAsia="맑은 고딕"/>
          <w:b w:val="0"/>
          <w:color w:val="4E5968"/>
          <w:sz w:val="22"/>
        </w:rPr>
        <w:t>④ 가는 길을 잃어버려서</w:t>
      </w:r>
    </w:p>
    <w:p>
      <w:pPr>
        <w:spacing w:before="240"/>
      </w:pPr>
      <w:r>
        <w:rPr>
          <w:rFonts w:ascii="맑은 고딕" w:hAnsi="맑은 고딕" w:eastAsia="맑은 고딕"/>
          <w:b/>
          <w:color w:val="8B95A1"/>
          <w:sz w:val="17"/>
        </w:rPr>
        <w:t xml:space="preserve">  추론 · 까닭 찾기  </w:t>
      </w:r>
    </w:p>
    <w:p>
      <w:r>
        <w:rPr>
          <w:rFonts w:ascii="맑은 고딕" w:hAnsi="맑은 고딕" w:eastAsia="맑은 고딕"/>
          <w:b/>
          <w:color w:val="2272EB"/>
          <w:sz w:val="24"/>
        </w:rPr>
        <w:t xml:space="preserve">2. </w:t>
      </w:r>
      <w:r>
        <w:rPr>
          <w:rFonts w:ascii="맑은 고딕" w:hAnsi="맑은 고딕" w:eastAsia="맑은 고딕"/>
          <w:b/>
          <w:color w:val="191F28"/>
          <w:sz w:val="23"/>
        </w:rPr>
        <w:t>박사님이 산이의 점수를 '10점 만점에 150점'이라고 한 까닭은?</w:t>
      </w:r>
    </w:p>
    <w:p>
      <w:pPr>
        <w:ind w:left="320"/>
      </w:pPr>
      <w:r>
        <w:rPr>
          <w:rFonts w:ascii="맑은 고딕" w:hAnsi="맑은 고딕" w:eastAsia="맑은 고딕"/>
          <w:b w:val="0"/>
          <w:color w:val="4E5968"/>
          <w:sz w:val="22"/>
        </w:rPr>
        <w:t>① 돌발 상황 없이 무사히 해내서</w:t>
      </w:r>
    </w:p>
    <w:p>
      <w:pPr>
        <w:ind w:left="320"/>
      </w:pPr>
      <w:r>
        <w:rPr>
          <w:rFonts w:ascii="맑은 고딕" w:hAnsi="맑은 고딕" w:eastAsia="맑은 고딕"/>
          <w:b w:val="0"/>
          <w:color w:val="4E5968"/>
          <w:sz w:val="22"/>
        </w:rPr>
        <w:t>② 가장 빠르게 길을 찾아서</w:t>
      </w:r>
    </w:p>
    <w:p>
      <w:pPr>
        <w:ind w:left="320"/>
      </w:pPr>
      <w:r>
        <w:rPr>
          <w:rFonts w:ascii="맑은 고딕" w:hAnsi="맑은 고딕" w:eastAsia="맑은 고딕"/>
          <w:b w:val="0"/>
          <w:color w:val="4E5968"/>
          <w:sz w:val="22"/>
        </w:rPr>
        <w:t>③ 어떤 명령에든 가장 빨리 복종해서</w:t>
      </w:r>
    </w:p>
    <w:p>
      <w:pPr>
        <w:ind w:left="320"/>
      </w:pPr>
      <w:r>
        <w:rPr>
          <w:rFonts w:ascii="맑은 고딕" w:hAnsi="맑은 고딕" w:eastAsia="맑은 고딕"/>
          <w:b w:val="0"/>
          <w:color w:val="4E5968"/>
          <w:sz w:val="22"/>
        </w:rPr>
        <w:t>④ 다른 안내견보다 귀여워서</w:t>
      </w:r>
    </w:p>
    <w:p>
      <w:pPr>
        <w:spacing w:before="240"/>
      </w:pPr>
      <w:r>
        <w:rPr>
          <w:rFonts w:ascii="맑은 고딕" w:hAnsi="맑은 고딕" w:eastAsia="맑은 고딕"/>
          <w:b/>
          <w:color w:val="8B95A1"/>
          <w:sz w:val="17"/>
        </w:rPr>
        <w:t xml:space="preserve">  추론 · 까닭 찾기  </w:t>
      </w:r>
    </w:p>
    <w:p>
      <w:r>
        <w:rPr>
          <w:rFonts w:ascii="맑은 고딕" w:hAnsi="맑은 고딕" w:eastAsia="맑은 고딕"/>
          <w:b/>
          <w:color w:val="2272EB"/>
          <w:sz w:val="24"/>
        </w:rPr>
        <w:t xml:space="preserve">3. </w:t>
      </w:r>
      <w:r>
        <w:rPr>
          <w:rFonts w:ascii="맑은 고딕" w:hAnsi="맑은 고딕" w:eastAsia="맑은 고딕"/>
          <w:b/>
          <w:color w:val="191F28"/>
          <w:sz w:val="23"/>
        </w:rPr>
        <w:t>훈련할 때 선생님이 한 분 더 함께 따라간 까닭은?</w:t>
      </w:r>
    </w:p>
    <w:p>
      <w:pPr>
        <w:ind w:left="320"/>
      </w:pPr>
      <w:r>
        <w:rPr>
          <w:rFonts w:ascii="맑은 고딕" w:hAnsi="맑은 고딕" w:eastAsia="맑은 고딕"/>
          <w:b w:val="0"/>
          <w:color w:val="4E5968"/>
          <w:sz w:val="22"/>
        </w:rPr>
        <w:t>① 산이를 더 칭찬하려고</w:t>
      </w:r>
    </w:p>
    <w:p>
      <w:pPr>
        <w:ind w:left="320"/>
      </w:pPr>
      <w:r>
        <w:rPr>
          <w:rFonts w:ascii="맑은 고딕" w:hAnsi="맑은 고딕" w:eastAsia="맑은 고딕"/>
          <w:b w:val="0"/>
          <w:color w:val="4E5968"/>
          <w:sz w:val="22"/>
        </w:rPr>
        <w:t>② 돌발 상황 대비 안전을 위해</w:t>
      </w:r>
    </w:p>
    <w:p>
      <w:pPr>
        <w:ind w:left="320"/>
      </w:pPr>
      <w:r>
        <w:rPr>
          <w:rFonts w:ascii="맑은 고딕" w:hAnsi="맑은 고딕" w:eastAsia="맑은 고딕"/>
          <w:b w:val="0"/>
          <w:color w:val="4E5968"/>
          <w:sz w:val="22"/>
        </w:rPr>
        <w:t>③ 가는 길을 대신 찾아서 알려 주려고</w:t>
      </w:r>
    </w:p>
    <w:p>
      <w:pPr>
        <w:ind w:left="320"/>
      </w:pPr>
      <w:r>
        <w:rPr>
          <w:rFonts w:ascii="맑은 고딕" w:hAnsi="맑은 고딕" w:eastAsia="맑은 고딕"/>
          <w:b w:val="0"/>
          <w:color w:val="4E5968"/>
          <w:sz w:val="22"/>
        </w:rPr>
        <w:t>④ 촬영을 도와주려고</w:t>
      </w:r>
    </w:p>
    <w:p>
      <w:pPr>
        <w:spacing w:before="240"/>
      </w:pPr>
      <w:r>
        <w:rPr>
          <w:rFonts w:ascii="맑은 고딕" w:hAnsi="맑은 고딕" w:eastAsia="맑은 고딕"/>
          <w:b/>
          <w:color w:val="8B95A1"/>
          <w:sz w:val="17"/>
        </w:rPr>
        <w:t xml:space="preserve">  내용 이해 · 객관식  </w:t>
      </w:r>
    </w:p>
    <w:p>
      <w:r>
        <w:rPr>
          <w:rFonts w:ascii="맑은 고딕" w:hAnsi="맑은 고딕" w:eastAsia="맑은 고딕"/>
          <w:b/>
          <w:color w:val="2272EB"/>
          <w:sz w:val="24"/>
        </w:rPr>
        <w:t xml:space="preserve">4. </w:t>
      </w:r>
      <w:r>
        <w:rPr>
          <w:rFonts w:ascii="맑은 고딕" w:hAnsi="맑은 고딕" w:eastAsia="맑은 고딕"/>
          <w:b/>
          <w:color w:val="191F28"/>
          <w:sz w:val="23"/>
        </w:rPr>
        <w:t>사람들은 '그냥 지나가겠지' 했지만, 개찰구에서 산이가 보여 준 행동은?</w:t>
      </w:r>
    </w:p>
    <w:p>
      <w:pPr>
        <w:ind w:left="320"/>
      </w:pPr>
      <w:r>
        <w:rPr>
          <w:rFonts w:ascii="맑은 고딕" w:hAnsi="맑은 고딕" w:eastAsia="맑은 고딕"/>
          <w:b w:val="0"/>
          <w:color w:val="4E5968"/>
          <w:sz w:val="22"/>
        </w:rPr>
        <w:t>① 예상대로 그냥 지나갔다</w:t>
      </w:r>
    </w:p>
    <w:p>
      <w:pPr>
        <w:ind w:left="320"/>
      </w:pPr>
      <w:r>
        <w:rPr>
          <w:rFonts w:ascii="맑은 고딕" w:hAnsi="맑은 고딕" w:eastAsia="맑은 고딕"/>
          <w:b w:val="0"/>
          <w:color w:val="4E5968"/>
          <w:sz w:val="22"/>
        </w:rPr>
        <w:t>② 엉뚱하게 다른 길로 빙 돌아서 갔다</w:t>
      </w:r>
    </w:p>
    <w:p>
      <w:pPr>
        <w:ind w:left="320"/>
      </w:pPr>
      <w:r>
        <w:rPr>
          <w:rFonts w:ascii="맑은 고딕" w:hAnsi="맑은 고딕" w:eastAsia="맑은 고딕"/>
          <w:b w:val="0"/>
          <w:color w:val="4E5968"/>
          <w:sz w:val="22"/>
        </w:rPr>
        <w:t>③ 멈춰서 입구를 알려 줬다</w:t>
      </w:r>
    </w:p>
    <w:p>
      <w:pPr>
        <w:ind w:left="320"/>
      </w:pPr>
      <w:r>
        <w:rPr>
          <w:rFonts w:ascii="맑은 고딕" w:hAnsi="맑은 고딕" w:eastAsia="맑은 고딕"/>
          <w:b w:val="0"/>
          <w:color w:val="4E5968"/>
          <w:sz w:val="22"/>
        </w:rPr>
        <w:t>④ 빠르게 먼저 들어갔다</w:t>
      </w:r>
    </w:p>
    <w:p>
      <w:pPr>
        <w:spacing w:before="240"/>
      </w:pPr>
      <w:r>
        <w:rPr>
          <w:rFonts w:ascii="맑은 고딕" w:hAnsi="맑은 고딕" w:eastAsia="맑은 고딕"/>
          <w:b/>
          <w:color w:val="8B95A1"/>
          <w:sz w:val="17"/>
        </w:rPr>
        <w:t xml:space="preserve">  순서 맞추기  </w:t>
      </w:r>
    </w:p>
    <w:p>
      <w:r>
        <w:rPr>
          <w:rFonts w:ascii="맑은 고딕" w:hAnsi="맑은 고딕" w:eastAsia="맑은 고딕"/>
          <w:b/>
          <w:color w:val="2272EB"/>
          <w:sz w:val="24"/>
        </w:rPr>
        <w:t xml:space="preserve">5. </w:t>
      </w:r>
      <w:r>
        <w:rPr>
          <w:rFonts w:ascii="맑은 고딕" w:hAnsi="맑은 고딕" w:eastAsia="맑은 고딕"/>
          <w:b/>
          <w:color w:val="191F28"/>
          <w:sz w:val="23"/>
        </w:rPr>
        <w:t>산이가 지하철을 타고 간 순서대로 기호를 써 보세요.</w:t>
      </w:r>
    </w:p>
    <w:p>
      <w:pPr>
        <w:ind w:left="320"/>
      </w:pPr>
      <w:r>
        <w:rPr>
          <w:rFonts w:ascii="맑은 고딕" w:hAnsi="맑은 고딕" w:eastAsia="맑은 고딕"/>
          <w:b w:val="0"/>
          <w:color w:val="333D4B"/>
          <w:sz w:val="22"/>
        </w:rPr>
        <w:t>ㄱ. 열차 문을 찾아 탑승한다.</w:t>
      </w:r>
    </w:p>
    <w:p>
      <w:pPr>
        <w:ind w:left="320"/>
      </w:pPr>
      <w:r>
        <w:rPr>
          <w:rFonts w:ascii="맑은 고딕" w:hAnsi="맑은 고딕" w:eastAsia="맑은 고딕"/>
          <w:b w:val="0"/>
          <w:color w:val="333D4B"/>
          <w:sz w:val="22"/>
        </w:rPr>
        <w:t>ㄴ. 에스컬레이터를 타고 내려간다.</w:t>
      </w:r>
    </w:p>
    <w:p>
      <w:pPr>
        <w:ind w:left="320"/>
      </w:pPr>
      <w:r>
        <w:rPr>
          <w:rFonts w:ascii="맑은 고딕" w:hAnsi="맑은 고딕" w:eastAsia="맑은 고딕"/>
          <w:b w:val="0"/>
          <w:color w:val="333D4B"/>
          <w:sz w:val="22"/>
        </w:rPr>
        <w:t>ㄷ. 의자를 찾아 앉는다.</w:t>
      </w:r>
    </w:p>
    <w:p>
      <w:pPr>
        <w:ind w:left="320"/>
      </w:pPr>
      <w:r>
        <w:rPr>
          <w:rFonts w:ascii="맑은 고딕" w:hAnsi="맑은 고딕" w:eastAsia="맑은 고딕"/>
          <w:b w:val="0"/>
          <w:color w:val="333D4B"/>
          <w:sz w:val="22"/>
        </w:rPr>
        <w:t>ㄹ. 개찰구를 지나 계단을 내려간다.</w:t>
      </w:r>
    </w:p>
    <w:p>
      <w:pPr>
        <w:ind w:left="320"/>
      </w:pPr>
      <w:r>
        <w:rPr>
          <w:rFonts w:ascii="맑은 고딕" w:hAnsi="맑은 고딕" w:eastAsia="맑은 고딕"/>
          <w:b/>
          <w:color w:val="191F28"/>
          <w:sz w:val="22"/>
        </w:rPr>
        <w:t>(    ) → (    ) → (    ) → (    )</w:t>
      </w:r>
    </w:p>
    <w:p>
      <w:pPr>
        <w:spacing w:before="240"/>
      </w:pPr>
      <w:r>
        <w:rPr>
          <w:rFonts w:ascii="맑은 고딕" w:hAnsi="맑은 고딕" w:eastAsia="맑은 고딕"/>
          <w:b/>
          <w:color w:val="8B95A1"/>
          <w:sz w:val="17"/>
        </w:rPr>
        <w:t xml:space="preserve">  추론 · 까닭 찾기  </w:t>
      </w:r>
    </w:p>
    <w:p>
      <w:r>
        <w:rPr>
          <w:rFonts w:ascii="맑은 고딕" w:hAnsi="맑은 고딕" w:eastAsia="맑은 고딕"/>
          <w:b/>
          <w:color w:val="2272EB"/>
          <w:sz w:val="24"/>
        </w:rPr>
        <w:t xml:space="preserve">6. </w:t>
      </w:r>
      <w:r>
        <w:rPr>
          <w:rFonts w:ascii="맑은 고딕" w:hAnsi="맑은 고딕" w:eastAsia="맑은 고딕"/>
          <w:b/>
          <w:color w:val="191F28"/>
          <w:sz w:val="23"/>
        </w:rPr>
        <w:t>옆자리 사람에게 '눈으로만 예뻐해 달라'고 한 까닭으로 알맞은 것은?</w:t>
      </w:r>
    </w:p>
    <w:p>
      <w:pPr>
        <w:ind w:left="320"/>
      </w:pPr>
      <w:r>
        <w:rPr>
          <w:rFonts w:ascii="맑은 고딕" w:hAnsi="맑은 고딕" w:eastAsia="맑은 고딕"/>
          <w:b w:val="0"/>
          <w:color w:val="4E5968"/>
          <w:sz w:val="22"/>
        </w:rPr>
        <w:t>① 산이가 낯선 사람을 몹시 무서워해서</w:t>
      </w:r>
    </w:p>
    <w:p>
      <w:pPr>
        <w:ind w:left="320"/>
      </w:pPr>
      <w:r>
        <w:rPr>
          <w:rFonts w:ascii="맑은 고딕" w:hAnsi="맑은 고딕" w:eastAsia="맑은 고딕"/>
          <w:b w:val="0"/>
          <w:color w:val="4E5968"/>
          <w:sz w:val="22"/>
        </w:rPr>
        <w:t>② 집중이 흐트러져 안내가 어려워서</w:t>
      </w:r>
    </w:p>
    <w:p>
      <w:pPr>
        <w:ind w:left="320"/>
      </w:pPr>
      <w:r>
        <w:rPr>
          <w:rFonts w:ascii="맑은 고딕" w:hAnsi="맑은 고딕" w:eastAsia="맑은 고딕"/>
          <w:b w:val="0"/>
          <w:color w:val="4E5968"/>
          <w:sz w:val="22"/>
        </w:rPr>
        <w:t>③ 산이 털이 더러워질까 봐서</w:t>
      </w:r>
    </w:p>
    <w:p>
      <w:pPr>
        <w:ind w:left="320"/>
      </w:pPr>
      <w:r>
        <w:rPr>
          <w:rFonts w:ascii="맑은 고딕" w:hAnsi="맑은 고딕" w:eastAsia="맑은 고딕"/>
          <w:b w:val="0"/>
          <w:color w:val="4E5968"/>
          <w:sz w:val="22"/>
        </w:rPr>
        <w:t>④ 산이가 갑자기 물 수도 있어서</w:t>
      </w:r>
    </w:p>
    <w:p>
      <w:pPr>
        <w:spacing w:before="240"/>
      </w:pPr>
      <w:r>
        <w:rPr>
          <w:rFonts w:ascii="맑은 고딕" w:hAnsi="맑은 고딕" w:eastAsia="맑은 고딕"/>
          <w:b/>
          <w:color w:val="8B95A1"/>
          <w:sz w:val="17"/>
        </w:rPr>
        <w:t xml:space="preserve">  추론 · 객관식  </w:t>
      </w:r>
    </w:p>
    <w:p>
      <w:r>
        <w:rPr>
          <w:rFonts w:ascii="맑은 고딕" w:hAnsi="맑은 고딕" w:eastAsia="맑은 고딕"/>
          <w:b/>
          <w:color w:val="2272EB"/>
          <w:sz w:val="24"/>
        </w:rPr>
        <w:t xml:space="preserve">7. </w:t>
      </w:r>
      <w:r>
        <w:rPr>
          <w:rFonts w:ascii="맑은 고딕" w:hAnsi="맑은 고딕" w:eastAsia="맑은 고딕"/>
          <w:b/>
          <w:color w:val="191F28"/>
          <w:sz w:val="23"/>
        </w:rPr>
        <w:t>산이가 자전거 앞에서 한 행동이 보여 주는 안내견의 역할은?</w:t>
      </w:r>
    </w:p>
    <w:p>
      <w:pPr>
        <w:ind w:left="320"/>
      </w:pPr>
      <w:r>
        <w:rPr>
          <w:rFonts w:ascii="맑은 고딕" w:hAnsi="맑은 고딕" w:eastAsia="맑은 고딕"/>
          <w:b w:val="0"/>
          <w:color w:val="4E5968"/>
          <w:sz w:val="22"/>
        </w:rPr>
        <w:t>① 장애물과 빠르게 경주한다</w:t>
      </w:r>
    </w:p>
    <w:p>
      <w:pPr>
        <w:ind w:left="320"/>
      </w:pPr>
      <w:r>
        <w:rPr>
          <w:rFonts w:ascii="맑은 고딕" w:hAnsi="맑은 고딕" w:eastAsia="맑은 고딕"/>
          <w:b w:val="0"/>
          <w:color w:val="4E5968"/>
          <w:sz w:val="22"/>
        </w:rPr>
        <w:t>② 큰 소리로 사납게 마구 짖어 쫓아낸다</w:t>
      </w:r>
    </w:p>
    <w:p>
      <w:pPr>
        <w:ind w:left="320"/>
      </w:pPr>
      <w:r>
        <w:rPr>
          <w:rFonts w:ascii="맑은 고딕" w:hAnsi="맑은 고딕" w:eastAsia="맑은 고딕"/>
          <w:b w:val="0"/>
          <w:color w:val="4E5968"/>
          <w:sz w:val="22"/>
        </w:rPr>
        <w:t>③ 주인을 두고 먼저 피한다</w:t>
      </w:r>
    </w:p>
    <w:p>
      <w:pPr>
        <w:ind w:left="320"/>
      </w:pPr>
      <w:r>
        <w:rPr>
          <w:rFonts w:ascii="맑은 고딕" w:hAnsi="맑은 고딕" w:eastAsia="맑은 고딕"/>
          <w:b w:val="0"/>
          <w:color w:val="4E5968"/>
          <w:sz w:val="22"/>
        </w:rPr>
        <w:t>④ 위험을 피하거나 멈춰 알린다</w:t>
      </w:r>
    </w:p>
    <w:p>
      <w:pPr>
        <w:spacing w:before="240"/>
      </w:pPr>
      <w:r>
        <w:rPr>
          <w:rFonts w:ascii="맑은 고딕" w:hAnsi="맑은 고딕" w:eastAsia="맑은 고딕"/>
          <w:b/>
          <w:color w:val="8B95A1"/>
          <w:sz w:val="17"/>
        </w:rPr>
        <w:t xml:space="preserve">  내용 이해 · 객관식  </w:t>
      </w:r>
    </w:p>
    <w:p>
      <w:r>
        <w:rPr>
          <w:rFonts w:ascii="맑은 고딕" w:hAnsi="맑은 고딕" w:eastAsia="맑은 고딕"/>
          <w:b/>
          <w:color w:val="2272EB"/>
          <w:sz w:val="24"/>
        </w:rPr>
        <w:t xml:space="preserve">8. </w:t>
      </w:r>
      <w:r>
        <w:rPr>
          <w:rFonts w:ascii="맑은 고딕" w:hAnsi="맑은 고딕" w:eastAsia="맑은 고딕"/>
          <w:b/>
          <w:color w:val="191F28"/>
          <w:sz w:val="23"/>
        </w:rPr>
        <w:t>산이는 위험 앞에서 그냥 지나치지 않고 '○○' 서서 주인에게 신호를 보냅니다. 빈칸에 알맞은 말은?</w:t>
      </w:r>
    </w:p>
    <w:p>
      <w:pPr>
        <w:ind w:left="320"/>
      </w:pPr>
      <w:r>
        <w:rPr>
          <w:rFonts w:ascii="맑은 고딕" w:hAnsi="맑은 고딕" w:eastAsia="맑은 고딕"/>
          <w:b w:val="0"/>
          <w:color w:val="4E5968"/>
          <w:sz w:val="22"/>
        </w:rPr>
        <w:t>① 달려</w:t>
      </w:r>
    </w:p>
    <w:p>
      <w:pPr>
        <w:ind w:left="320"/>
      </w:pPr>
      <w:r>
        <w:rPr>
          <w:rFonts w:ascii="맑은 고딕" w:hAnsi="맑은 고딕" w:eastAsia="맑은 고딕"/>
          <w:b w:val="0"/>
          <w:color w:val="4E5968"/>
          <w:sz w:val="22"/>
        </w:rPr>
        <w:t>② 엎드려</w:t>
      </w:r>
    </w:p>
    <w:p>
      <w:pPr>
        <w:ind w:left="320"/>
      </w:pPr>
      <w:r>
        <w:rPr>
          <w:rFonts w:ascii="맑은 고딕" w:hAnsi="맑은 고딕" w:eastAsia="맑은 고딕"/>
          <w:b w:val="0"/>
          <w:color w:val="4E5968"/>
          <w:sz w:val="22"/>
        </w:rPr>
        <w:t>③ 물러나</w:t>
      </w:r>
    </w:p>
    <w:p>
      <w:pPr>
        <w:ind w:left="320"/>
      </w:pPr>
      <w:r>
        <w:rPr>
          <w:rFonts w:ascii="맑은 고딕" w:hAnsi="맑은 고딕" w:eastAsia="맑은 고딕"/>
          <w:b w:val="0"/>
          <w:color w:val="4E5968"/>
          <w:sz w:val="22"/>
        </w:rPr>
        <w:t>④ 멈춰</w:t>
      </w:r>
    </w:p>
    <w:p>
      <w:pPr>
        <w:spacing w:before="240"/>
      </w:pPr>
      <w:r>
        <w:rPr>
          <w:rFonts w:ascii="맑은 고딕" w:hAnsi="맑은 고딕" w:eastAsia="맑은 고딕"/>
          <w:b/>
          <w:color w:val="8B95A1"/>
          <w:sz w:val="17"/>
        </w:rPr>
        <w:t xml:space="preserve">  생각 쓰기 · 서술형  </w:t>
      </w:r>
    </w:p>
    <w:p>
      <w:r>
        <w:rPr>
          <w:rFonts w:ascii="맑은 고딕" w:hAnsi="맑은 고딕" w:eastAsia="맑은 고딕"/>
          <w:b/>
          <w:color w:val="2272EB"/>
          <w:sz w:val="24"/>
        </w:rPr>
        <w:t xml:space="preserve">9. </w:t>
      </w:r>
      <w:r>
        <w:rPr>
          <w:rFonts w:ascii="맑은 고딕" w:hAnsi="맑은 고딕" w:eastAsia="맑은 고딕"/>
          <w:b/>
          <w:color w:val="191F28"/>
          <w:sz w:val="23"/>
        </w:rPr>
        <w:t>산이가 '맛있는 냄새'의 유혹에도 멈춰 선 장면을 떠올려, 안내견에게 가장 중요한 자질이 무엇일지 까닭과 함께 써 보세요.</w:t>
      </w:r>
    </w:p>
    <w:p>
      <w:pPr>
        <w:pBdr>
          <w:bottom w:val="single" w:sz="6" w:space="1" w:color="C8CDD2"/>
        </w:pBdr>
        <w:spacing w:before="360" w:after="0"/>
        <w:ind w:left="320"/>
      </w:pPr>
    </w:p>
    <w:p>
      <w:pPr>
        <w:pBdr>
          <w:bottom w:val="single" w:sz="6" w:space="1" w:color="C8CDD2"/>
        </w:pBdr>
        <w:spacing w:before="360" w:after="0"/>
        <w:ind w:left="320"/>
      </w:pPr>
    </w:p>
    <w:p>
      <w:pPr>
        <w:pBdr>
          <w:bottom w:val="single" w:sz="6" w:space="1" w:color="C8CDD2"/>
        </w:pBdr>
        <w:spacing w:before="360" w:after="0"/>
        <w:ind w:left="320"/>
      </w:pPr>
    </w:p>
    <w:p>
      <w:pPr>
        <w:spacing w:before="240"/>
      </w:pPr>
      <w:r>
        <w:rPr>
          <w:rFonts w:ascii="맑은 고딕" w:hAnsi="맑은 고딕" w:eastAsia="맑은 고딕"/>
          <w:b/>
          <w:color w:val="8B95A1"/>
          <w:sz w:val="17"/>
        </w:rPr>
        <w:t xml:space="preserve">  적용하기 · 서술형  </w:t>
      </w:r>
    </w:p>
    <w:p>
      <w:r>
        <w:rPr>
          <w:rFonts w:ascii="맑은 고딕" w:hAnsi="맑은 고딕" w:eastAsia="맑은 고딕"/>
          <w:b/>
          <w:color w:val="2272EB"/>
          <w:sz w:val="24"/>
        </w:rPr>
        <w:t xml:space="preserve">10. </w:t>
      </w:r>
      <w:r>
        <w:rPr>
          <w:rFonts w:ascii="맑은 고딕" w:hAnsi="맑은 고딕" w:eastAsia="맑은 고딕"/>
          <w:b/>
          <w:color w:val="191F28"/>
          <w:sz w:val="23"/>
        </w:rPr>
        <w:t>'눈으로만 예뻐해 주세요'라는 부탁을, 길에서 안내견을 만났을 때 어떻게 지킬지 구체적으로 써 보세요.</w:t>
      </w:r>
    </w:p>
    <w:p>
      <w:pPr>
        <w:pBdr>
          <w:bottom w:val="single" w:sz="6" w:space="1" w:color="C8CDD2"/>
        </w:pBdr>
        <w:spacing w:before="360" w:after="0"/>
        <w:ind w:left="320"/>
      </w:pPr>
    </w:p>
    <w:p>
      <w:pPr>
        <w:pBdr>
          <w:bottom w:val="single" w:sz="6" w:space="1" w:color="C8CDD2"/>
        </w:pBdr>
        <w:spacing w:before="360" w:after="0"/>
        <w:ind w:left="320"/>
      </w:pPr>
    </w:p>
    <w:p>
      <w:pPr>
        <w:pBdr>
          <w:bottom w:val="single" w:sz="6" w:space="1" w:color="C8CDD2"/>
        </w:pBdr>
        <w:spacing w:before="360" w:after="0"/>
        <w:ind w:left="320"/>
      </w:pPr>
    </w:p>
    <w:p>
      <w:r>
        <w:br w:type="page"/>
      </w:r>
    </w:p>
    <w:p>
      <w:r>
        <w:rPr>
          <w:rFonts w:ascii="맑은 고딕" w:hAnsi="맑은 고딕" w:eastAsia="맑은 고딕"/>
          <w:b/>
          <w:color w:val="2272EB"/>
          <w:sz w:val="19"/>
        </w:rPr>
        <w:t xml:space="preserve">[초등 고학년용] </w:t>
      </w:r>
    </w:p>
    <w:p>
      <w:r>
        <w:rPr>
          <w:rFonts w:ascii="맑은 고딕" w:hAnsi="맑은 고딕" w:eastAsia="맑은 고딕"/>
          <w:b/>
          <w:color w:val="191F28"/>
          <w:sz w:val="36"/>
        </w:rPr>
        <w:t>안내견이 일하는 법</w:t>
      </w:r>
    </w:p>
    <w:p>
      <w:r>
        <w:rPr>
          <w:rFonts w:ascii="맑은 고딕" w:hAnsi="맑은 고딕" w:eastAsia="맑은 고딕"/>
          <w:b/>
          <w:color w:val="2272EB"/>
          <w:sz w:val="19"/>
        </w:rPr>
        <w:t xml:space="preserve">영상 미리보기  </w:t>
      </w:r>
      <w:r>
        <w:rPr>
          <w:rFonts w:ascii="맑은 고딕" w:hAnsi="맑은 고딕" w:eastAsia="맑은 고딕"/>
          <w:b w:val="0"/>
          <w:color w:val="4E5968"/>
          <w:sz w:val="19"/>
        </w:rPr>
        <w:t>예비 안내견 '산이'가 사람과 자전거가 오가는 실제 거리와 지하철에서 실전 훈련을 한다. 위험한 곳에서는 멈춰 주인에게 알리고, 에스컬레이터·개찰구·계단·탑승·의자 찾기까지 침착하게 해낸다. 안내견은 만지지 말고 눈으로만 예뻐해야 하며, 시각 장애인의 소중한 동반자임을 알려 주는 영상.</w:t>
      </w:r>
    </w:p>
    <w:p>
      <w:pPr>
        <w:spacing w:before="240"/>
      </w:pPr>
      <w:r>
        <w:rPr>
          <w:rFonts w:ascii="맑은 고딕" w:hAnsi="맑은 고딕" w:eastAsia="맑은 고딕"/>
          <w:b/>
          <w:color w:val="8B95A1"/>
          <w:sz w:val="17"/>
        </w:rPr>
        <w:t xml:space="preserve">  종합 · 공통점 찾기  </w:t>
      </w:r>
    </w:p>
    <w:p>
      <w:r>
        <w:rPr>
          <w:rFonts w:ascii="맑은 고딕" w:hAnsi="맑은 고딕" w:eastAsia="맑은 고딕"/>
          <w:b/>
          <w:color w:val="2272EB"/>
          <w:sz w:val="24"/>
        </w:rPr>
        <w:t xml:space="preserve">1. </w:t>
      </w:r>
      <w:r>
        <w:rPr>
          <w:rFonts w:ascii="맑은 고딕" w:hAnsi="맑은 고딕" w:eastAsia="맑은 고딕"/>
          <w:b/>
          <w:color w:val="191F28"/>
          <w:sz w:val="23"/>
        </w:rPr>
        <w:t>산이가 자전거 앞에서 멈춘 것과 개찰구 앞에서 멈춘 것의 공통점으로 가장 알맞은 것은?</w:t>
      </w:r>
    </w:p>
    <w:p>
      <w:pPr>
        <w:ind w:left="320"/>
      </w:pPr>
      <w:r>
        <w:rPr>
          <w:rFonts w:ascii="맑은 고딕" w:hAnsi="맑은 고딕" w:eastAsia="맑은 고딕"/>
          <w:b w:val="0"/>
          <w:color w:val="4E5968"/>
          <w:sz w:val="22"/>
        </w:rPr>
        <w:t>① 둘 다 냄새를 맡고 반응한 것</w:t>
      </w:r>
    </w:p>
    <w:p>
      <w:pPr>
        <w:ind w:left="320"/>
      </w:pPr>
      <w:r>
        <w:rPr>
          <w:rFonts w:ascii="맑은 고딕" w:hAnsi="맑은 고딕" w:eastAsia="맑은 고딕"/>
          <w:b w:val="0"/>
          <w:color w:val="4E5968"/>
          <w:sz w:val="22"/>
        </w:rPr>
        <w:t>② 둘 다 위험을 피하려고 멈춘 것</w:t>
      </w:r>
    </w:p>
    <w:p>
      <w:pPr>
        <w:ind w:left="320"/>
      </w:pPr>
      <w:r>
        <w:rPr>
          <w:rFonts w:ascii="맑은 고딕" w:hAnsi="맑은 고딕" w:eastAsia="맑은 고딕"/>
          <w:b w:val="0"/>
          <w:color w:val="4E5968"/>
          <w:sz w:val="22"/>
        </w:rPr>
        <w:t>③ 둘 다 멈춰 주인에게 알린 것</w:t>
      </w:r>
    </w:p>
    <w:p>
      <w:pPr>
        <w:ind w:left="320"/>
      </w:pPr>
      <w:r>
        <w:rPr>
          <w:rFonts w:ascii="맑은 고딕" w:hAnsi="맑은 고딕" w:eastAsia="맑은 고딕"/>
          <w:b w:val="0"/>
          <w:color w:val="4E5968"/>
          <w:sz w:val="22"/>
        </w:rPr>
        <w:t>④ 둘 다 명령을 듣고 선 것</w:t>
      </w:r>
    </w:p>
    <w:p>
      <w:pPr>
        <w:spacing w:before="240"/>
      </w:pPr>
      <w:r>
        <w:rPr>
          <w:rFonts w:ascii="맑은 고딕" w:hAnsi="맑은 고딕" w:eastAsia="맑은 고딕"/>
          <w:b/>
          <w:color w:val="8B95A1"/>
          <w:sz w:val="17"/>
        </w:rPr>
        <w:t xml:space="preserve">  해석 · 의미 파악  </w:t>
      </w:r>
    </w:p>
    <w:p>
      <w:r>
        <w:rPr>
          <w:rFonts w:ascii="맑은 고딕" w:hAnsi="맑은 고딕" w:eastAsia="맑은 고딕"/>
          <w:b/>
          <w:color w:val="2272EB"/>
          <w:sz w:val="24"/>
        </w:rPr>
        <w:t xml:space="preserve">2. </w:t>
      </w:r>
      <w:r>
        <w:rPr>
          <w:rFonts w:ascii="맑은 고딕" w:hAnsi="맑은 고딕" w:eastAsia="맑은 고딕"/>
          <w:b/>
          <w:color w:val="191F28"/>
          <w:sz w:val="23"/>
        </w:rPr>
        <w:t>'사람은 산책·훈련·일로 나누지만 안내견에게는 모두 산책'이라는 말이 전하려는 바는?</w:t>
      </w:r>
    </w:p>
    <w:p>
      <w:pPr>
        <w:ind w:left="320"/>
      </w:pPr>
      <w:r>
        <w:rPr>
          <w:rFonts w:ascii="맑은 고딕" w:hAnsi="맑은 고딕" w:eastAsia="맑은 고딕"/>
          <w:b w:val="0"/>
          <w:color w:val="4E5968"/>
          <w:sz w:val="22"/>
        </w:rPr>
        <w:t>① 일과 놀이를 도무지 구별 못 한다는 뜻</w:t>
      </w:r>
    </w:p>
    <w:p>
      <w:pPr>
        <w:ind w:left="320"/>
      </w:pPr>
      <w:r>
        <w:rPr>
          <w:rFonts w:ascii="맑은 고딕" w:hAnsi="맑은 고딕" w:eastAsia="맑은 고딕"/>
          <w:b w:val="0"/>
          <w:color w:val="4E5968"/>
          <w:sz w:val="22"/>
        </w:rPr>
        <w:t>② 함께 걷는 것 자체가 즐겁다는 뜻</w:t>
      </w:r>
    </w:p>
    <w:p>
      <w:pPr>
        <w:ind w:left="320"/>
      </w:pPr>
      <w:r>
        <w:rPr>
          <w:rFonts w:ascii="맑은 고딕" w:hAnsi="맑은 고딕" w:eastAsia="맑은 고딕"/>
          <w:b w:val="0"/>
          <w:color w:val="4E5968"/>
          <w:sz w:val="22"/>
        </w:rPr>
        <w:t>③ 산책을 훈련보다 좋아한다는 뜻</w:t>
      </w:r>
    </w:p>
    <w:p>
      <w:pPr>
        <w:ind w:left="320"/>
      </w:pPr>
      <w:r>
        <w:rPr>
          <w:rFonts w:ascii="맑은 고딕" w:hAnsi="맑은 고딕" w:eastAsia="맑은 고딕"/>
          <w:b w:val="0"/>
          <w:color w:val="4E5968"/>
          <w:sz w:val="22"/>
        </w:rPr>
        <w:t>④ 일을 시키면 미안하다는 뜻</w:t>
      </w:r>
    </w:p>
    <w:p>
      <w:pPr>
        <w:spacing w:before="240"/>
      </w:pPr>
      <w:r>
        <w:rPr>
          <w:rFonts w:ascii="맑은 고딕" w:hAnsi="맑은 고딕" w:eastAsia="맑은 고딕"/>
          <w:b/>
          <w:color w:val="8B95A1"/>
          <w:sz w:val="17"/>
        </w:rPr>
        <w:t xml:space="preserve">  종합 · 의도 파악  </w:t>
      </w:r>
    </w:p>
    <w:p>
      <w:r>
        <w:rPr>
          <w:rFonts w:ascii="맑은 고딕" w:hAnsi="맑은 고딕" w:eastAsia="맑은 고딕"/>
          <w:b/>
          <w:color w:val="2272EB"/>
          <w:sz w:val="24"/>
        </w:rPr>
        <w:t xml:space="preserve">3. </w:t>
      </w:r>
      <w:r>
        <w:rPr>
          <w:rFonts w:ascii="맑은 고딕" w:hAnsi="맑은 고딕" w:eastAsia="맑은 고딕"/>
          <w:b/>
          <w:color w:val="191F28"/>
          <w:sz w:val="23"/>
        </w:rPr>
        <w:t>영상이 '훈련 장면'과 '가정 장면(해달이네 집)'을 이어 붙여 보여 준 까닭은?</w:t>
      </w:r>
    </w:p>
    <w:p>
      <w:pPr>
        <w:ind w:left="320"/>
      </w:pPr>
      <w:r>
        <w:rPr>
          <w:rFonts w:ascii="맑은 고딕" w:hAnsi="맑은 고딕" w:eastAsia="맑은 고딕"/>
          <w:b w:val="0"/>
          <w:color w:val="4E5968"/>
          <w:sz w:val="22"/>
        </w:rPr>
        <w:t>① 훈련 과정을 단계별로 보여 주려고</w:t>
      </w:r>
    </w:p>
    <w:p>
      <w:pPr>
        <w:ind w:left="320"/>
      </w:pPr>
      <w:r>
        <w:rPr>
          <w:rFonts w:ascii="맑은 고딕" w:hAnsi="맑은 고딕" w:eastAsia="맑은 고딕"/>
          <w:b w:val="0"/>
          <w:color w:val="4E5968"/>
          <w:sz w:val="22"/>
        </w:rPr>
        <w:t>② 하루 일과를 시간순으로 정리하려고</w:t>
      </w:r>
    </w:p>
    <w:p>
      <w:pPr>
        <w:ind w:left="320"/>
      </w:pPr>
      <w:r>
        <w:rPr>
          <w:rFonts w:ascii="맑은 고딕" w:hAnsi="맑은 고딕" w:eastAsia="맑은 고딕"/>
          <w:b w:val="0"/>
          <w:color w:val="4E5968"/>
          <w:sz w:val="22"/>
        </w:rPr>
        <w:t>③ 일과 가족의 모습을 함께 보여 동반자임을 전하려고</w:t>
      </w:r>
    </w:p>
    <w:p>
      <w:pPr>
        <w:ind w:left="320"/>
      </w:pPr>
      <w:r>
        <w:rPr>
          <w:rFonts w:ascii="맑은 고딕" w:hAnsi="맑은 고딕" w:eastAsia="맑은 고딕"/>
          <w:b w:val="0"/>
          <w:color w:val="4E5968"/>
          <w:sz w:val="22"/>
        </w:rPr>
        <w:t>④ 시각 장애인 가정이 겪는 여러 어려움을 자세히 알리려고</w:t>
      </w:r>
    </w:p>
    <w:p>
      <w:pPr>
        <w:spacing w:before="240"/>
      </w:pPr>
      <w:r>
        <w:rPr>
          <w:rFonts w:ascii="맑은 고딕" w:hAnsi="맑은 고딕" w:eastAsia="맑은 고딕"/>
          <w:b/>
          <w:color w:val="8B95A1"/>
          <w:sz w:val="17"/>
        </w:rPr>
        <w:t xml:space="preserve">  비판적 사고 · 객관식  </w:t>
      </w:r>
    </w:p>
    <w:p>
      <w:r>
        <w:rPr>
          <w:rFonts w:ascii="맑은 고딕" w:hAnsi="맑은 고딕" w:eastAsia="맑은 고딕"/>
          <w:b/>
          <w:color w:val="2272EB"/>
          <w:sz w:val="24"/>
        </w:rPr>
        <w:t xml:space="preserve">4. </w:t>
      </w:r>
      <w:r>
        <w:rPr>
          <w:rFonts w:ascii="맑은 고딕" w:hAnsi="맑은 고딕" w:eastAsia="맑은 고딕"/>
          <w:b/>
          <w:color w:val="191F28"/>
          <w:sz w:val="23"/>
        </w:rPr>
        <w:t>산이가 냄새·자전거·개찰구에서 '멈춤'을 반복한 것이 보여 주는 훈련의 핵심은?</w:t>
      </w:r>
    </w:p>
    <w:p>
      <w:pPr>
        <w:ind w:left="320"/>
      </w:pPr>
      <w:r>
        <w:rPr>
          <w:rFonts w:ascii="맑은 고딕" w:hAnsi="맑은 고딕" w:eastAsia="맑은 고딕"/>
          <w:b w:val="0"/>
          <w:color w:val="4E5968"/>
          <w:sz w:val="22"/>
        </w:rPr>
        <w:t>① 스스로 멈춰 판단해 신호 보내기</w:t>
      </w:r>
    </w:p>
    <w:p>
      <w:pPr>
        <w:ind w:left="320"/>
      </w:pPr>
      <w:r>
        <w:rPr>
          <w:rFonts w:ascii="맑은 고딕" w:hAnsi="맑은 고딕" w:eastAsia="맑은 고딕"/>
          <w:b w:val="0"/>
          <w:color w:val="4E5968"/>
          <w:sz w:val="22"/>
        </w:rPr>
        <w:t>② 주인의 명령에 무조건 빠르게 복종하기</w:t>
      </w:r>
    </w:p>
    <w:p>
      <w:pPr>
        <w:ind w:left="320"/>
      </w:pPr>
      <w:r>
        <w:rPr>
          <w:rFonts w:ascii="맑은 고딕" w:hAnsi="맑은 고딕" w:eastAsia="맑은 고딕"/>
          <w:b w:val="0"/>
          <w:color w:val="4E5968"/>
          <w:sz w:val="22"/>
        </w:rPr>
        <w:t>③ 길을 가장 빨리 찾아내기</w:t>
      </w:r>
    </w:p>
    <w:p>
      <w:pPr>
        <w:ind w:left="320"/>
      </w:pPr>
      <w:r>
        <w:rPr>
          <w:rFonts w:ascii="맑은 고딕" w:hAnsi="맑은 고딕" w:eastAsia="맑은 고딕"/>
          <w:b w:val="0"/>
          <w:color w:val="4E5968"/>
          <w:sz w:val="22"/>
        </w:rPr>
        <w:t>④ 사람을 잘 따라 걷기</w:t>
      </w:r>
    </w:p>
    <w:p>
      <w:pPr>
        <w:spacing w:before="240"/>
      </w:pPr>
      <w:r>
        <w:rPr>
          <w:rFonts w:ascii="맑은 고딕" w:hAnsi="맑은 고딕" w:eastAsia="맑은 고딕"/>
          <w:b/>
          <w:color w:val="8B95A1"/>
          <w:sz w:val="17"/>
        </w:rPr>
        <w:t xml:space="preserve">  순서 맞추기  </w:t>
      </w:r>
    </w:p>
    <w:p>
      <w:r>
        <w:rPr>
          <w:rFonts w:ascii="맑은 고딕" w:hAnsi="맑은 고딕" w:eastAsia="맑은 고딕"/>
          <w:b/>
          <w:color w:val="2272EB"/>
          <w:sz w:val="24"/>
        </w:rPr>
        <w:t xml:space="preserve">5. </w:t>
      </w:r>
      <w:r>
        <w:rPr>
          <w:rFonts w:ascii="맑은 고딕" w:hAnsi="맑은 고딕" w:eastAsia="맑은 고딕"/>
          <w:b/>
          <w:color w:val="191F28"/>
          <w:sz w:val="23"/>
        </w:rPr>
        <w:t>산이가 한 일을 일어난 순서대로 기호를 써 보세요.</w:t>
      </w:r>
    </w:p>
    <w:p>
      <w:pPr>
        <w:ind w:left="320"/>
      </w:pPr>
      <w:r>
        <w:rPr>
          <w:rFonts w:ascii="맑은 고딕" w:hAnsi="맑은 고딕" w:eastAsia="맑은 고딕"/>
          <w:b w:val="0"/>
          <w:color w:val="333D4B"/>
          <w:sz w:val="22"/>
        </w:rPr>
        <w:t>ㄱ. 의자를 찾아 자리에 앉는다.</w:t>
      </w:r>
    </w:p>
    <w:p>
      <w:pPr>
        <w:ind w:left="320"/>
      </w:pPr>
      <w:r>
        <w:rPr>
          <w:rFonts w:ascii="맑은 고딕" w:hAnsi="맑은 고딕" w:eastAsia="맑은 고딕"/>
          <w:b w:val="0"/>
          <w:color w:val="333D4B"/>
          <w:sz w:val="22"/>
        </w:rPr>
        <w:t>ㄴ. 눈을 가린 박사님과 야외 보행 훈련을 한다.</w:t>
      </w:r>
    </w:p>
    <w:p>
      <w:pPr>
        <w:ind w:left="320"/>
      </w:pPr>
      <w:r>
        <w:rPr>
          <w:rFonts w:ascii="맑은 고딕" w:hAnsi="맑은 고딕" w:eastAsia="맑은 고딕"/>
          <w:b w:val="0"/>
          <w:color w:val="333D4B"/>
          <w:sz w:val="22"/>
        </w:rPr>
        <w:t>ㄷ. 개찰구와 계단을 지난다.</w:t>
      </w:r>
    </w:p>
    <w:p>
      <w:pPr>
        <w:ind w:left="320"/>
      </w:pPr>
      <w:r>
        <w:rPr>
          <w:rFonts w:ascii="맑은 고딕" w:hAnsi="맑은 고딕" w:eastAsia="맑은 고딕"/>
          <w:b w:val="0"/>
          <w:color w:val="333D4B"/>
          <w:sz w:val="22"/>
        </w:rPr>
        <w:t>ㄹ. 에스컬레이터를 타고 내려간다.</w:t>
      </w:r>
    </w:p>
    <w:p>
      <w:pPr>
        <w:ind w:left="320"/>
      </w:pPr>
      <w:r>
        <w:rPr>
          <w:rFonts w:ascii="맑은 고딕" w:hAnsi="맑은 고딕" w:eastAsia="맑은 고딕"/>
          <w:b/>
          <w:color w:val="191F28"/>
          <w:sz w:val="22"/>
        </w:rPr>
        <w:t>(    ) → (    ) → (    ) → (    )</w:t>
      </w:r>
    </w:p>
    <w:p>
      <w:pPr>
        <w:spacing w:before="240"/>
      </w:pPr>
      <w:r>
        <w:rPr>
          <w:rFonts w:ascii="맑은 고딕" w:hAnsi="맑은 고딕" w:eastAsia="맑은 고딕"/>
          <w:b/>
          <w:color w:val="8B95A1"/>
          <w:sz w:val="17"/>
        </w:rPr>
        <w:t xml:space="preserve">  해석 · 객관식  </w:t>
      </w:r>
    </w:p>
    <w:p>
      <w:r>
        <w:rPr>
          <w:rFonts w:ascii="맑은 고딕" w:hAnsi="맑은 고딕" w:eastAsia="맑은 고딕"/>
          <w:b/>
          <w:color w:val="2272EB"/>
          <w:sz w:val="24"/>
        </w:rPr>
        <w:t xml:space="preserve">6. </w:t>
      </w:r>
      <w:r>
        <w:rPr>
          <w:rFonts w:ascii="맑은 고딕" w:hAnsi="맑은 고딕" w:eastAsia="맑은 고딕"/>
          <w:b/>
          <w:color w:val="191F28"/>
          <w:sz w:val="23"/>
        </w:rPr>
        <w:t>'10점 만점에 150점'이라는 표현에 담긴 의미로 가장 알맞은 것은?</w:t>
      </w:r>
    </w:p>
    <w:p>
      <w:pPr>
        <w:ind w:left="320"/>
      </w:pPr>
      <w:r>
        <w:rPr>
          <w:rFonts w:ascii="맑은 고딕" w:hAnsi="맑은 고딕" w:eastAsia="맑은 고딕"/>
          <w:b w:val="0"/>
          <w:color w:val="4E5968"/>
          <w:sz w:val="22"/>
        </w:rPr>
        <w:t>① 다른 어떤 개보다도 훨씬 빠르다는 뜻</w:t>
      </w:r>
    </w:p>
    <w:p>
      <w:pPr>
        <w:ind w:left="320"/>
      </w:pPr>
      <w:r>
        <w:rPr>
          <w:rFonts w:ascii="맑은 고딕" w:hAnsi="맑은 고딕" w:eastAsia="맑은 고딕"/>
          <w:b w:val="0"/>
          <w:color w:val="4E5968"/>
          <w:sz w:val="22"/>
        </w:rPr>
        <w:t>② 점수 기준이 틀렸다는 뜻</w:t>
      </w:r>
    </w:p>
    <w:p>
      <w:pPr>
        <w:ind w:left="320"/>
      </w:pPr>
      <w:r>
        <w:rPr>
          <w:rFonts w:ascii="맑은 고딕" w:hAnsi="맑은 고딕" w:eastAsia="맑은 고딕"/>
          <w:b w:val="0"/>
          <w:color w:val="4E5968"/>
          <w:sz w:val="22"/>
        </w:rPr>
        <w:t>③ 행사가 곧 끝난다는 뜻</w:t>
      </w:r>
    </w:p>
    <w:p>
      <w:pPr>
        <w:ind w:left="320"/>
      </w:pPr>
      <w:r>
        <w:rPr>
          <w:rFonts w:ascii="맑은 고딕" w:hAnsi="맑은 고딕" w:eastAsia="맑은 고딕"/>
          <w:b w:val="0"/>
          <w:color w:val="4E5968"/>
          <w:sz w:val="22"/>
        </w:rPr>
        <w:t>④ 완벽하고 침착하게 해냈다는 칭찬</w:t>
      </w:r>
    </w:p>
    <w:p>
      <w:pPr>
        <w:spacing w:before="240"/>
      </w:pPr>
      <w:r>
        <w:rPr>
          <w:rFonts w:ascii="맑은 고딕" w:hAnsi="맑은 고딕" w:eastAsia="맑은 고딕"/>
          <w:b/>
          <w:color w:val="8B95A1"/>
          <w:sz w:val="17"/>
        </w:rPr>
        <w:t xml:space="preserve">  종합 · 의도 파악  </w:t>
      </w:r>
    </w:p>
    <w:p>
      <w:r>
        <w:rPr>
          <w:rFonts w:ascii="맑은 고딕" w:hAnsi="맑은 고딕" w:eastAsia="맑은 고딕"/>
          <w:b/>
          <w:color w:val="2272EB"/>
          <w:sz w:val="24"/>
        </w:rPr>
        <w:t xml:space="preserve">7. </w:t>
      </w:r>
      <w:r>
        <w:rPr>
          <w:rFonts w:ascii="맑은 고딕" w:hAnsi="맑은 고딕" w:eastAsia="맑은 고딕"/>
          <w:b/>
          <w:color w:val="191F28"/>
          <w:sz w:val="23"/>
        </w:rPr>
        <w:t>영상이 '냄새 앞 멈춤'과 '눈으로만 예뻐해 달라'를 연결해 보여 준 까닭은?</w:t>
      </w:r>
    </w:p>
    <w:p>
      <w:pPr>
        <w:ind w:left="320"/>
      </w:pPr>
      <w:r>
        <w:rPr>
          <w:rFonts w:ascii="맑은 고딕" w:hAnsi="맑은 고딕" w:eastAsia="맑은 고딕"/>
          <w:b w:val="0"/>
          <w:color w:val="4E5968"/>
          <w:sz w:val="22"/>
        </w:rPr>
        <w:t>① 훈련 실력을 자랑하려고</w:t>
      </w:r>
    </w:p>
    <w:p>
      <w:pPr>
        <w:ind w:left="320"/>
      </w:pPr>
      <w:r>
        <w:rPr>
          <w:rFonts w:ascii="맑은 고딕" w:hAnsi="맑은 고딕" w:eastAsia="맑은 고딕"/>
          <w:b w:val="0"/>
          <w:color w:val="4E5968"/>
          <w:sz w:val="22"/>
        </w:rPr>
        <w:t>② 집중이 곧 주인 안전임을 보이려고</w:t>
      </w:r>
    </w:p>
    <w:p>
      <w:pPr>
        <w:ind w:left="320"/>
      </w:pPr>
      <w:r>
        <w:rPr>
          <w:rFonts w:ascii="맑은 고딕" w:hAnsi="맑은 고딕" w:eastAsia="맑은 고딕"/>
          <w:b w:val="0"/>
          <w:color w:val="4E5968"/>
          <w:sz w:val="22"/>
        </w:rPr>
        <w:t>③ 산이가 무척 귀엽다는 걸 보여 주려고</w:t>
      </w:r>
    </w:p>
    <w:p>
      <w:pPr>
        <w:ind w:left="320"/>
      </w:pPr>
      <w:r>
        <w:rPr>
          <w:rFonts w:ascii="맑은 고딕" w:hAnsi="맑은 고딕" w:eastAsia="맑은 고딕"/>
          <w:b w:val="0"/>
          <w:color w:val="4E5968"/>
          <w:sz w:val="22"/>
        </w:rPr>
        <w:t>④ 지하철 이용법을 알리려고</w:t>
      </w:r>
    </w:p>
    <w:p>
      <w:pPr>
        <w:spacing w:before="240"/>
      </w:pPr>
      <w:r>
        <w:rPr>
          <w:rFonts w:ascii="맑은 고딕" w:hAnsi="맑은 고딕" w:eastAsia="맑은 고딕"/>
          <w:b/>
          <w:color w:val="8B95A1"/>
          <w:sz w:val="17"/>
        </w:rPr>
        <w:t xml:space="preserve">  종합 · 주제 파악  </w:t>
      </w:r>
    </w:p>
    <w:p>
      <w:r>
        <w:rPr>
          <w:rFonts w:ascii="맑은 고딕" w:hAnsi="맑은 고딕" w:eastAsia="맑은 고딕"/>
          <w:b/>
          <w:color w:val="2272EB"/>
          <w:sz w:val="24"/>
        </w:rPr>
        <w:t xml:space="preserve">8. </w:t>
      </w:r>
      <w:r>
        <w:rPr>
          <w:rFonts w:ascii="맑은 고딕" w:hAnsi="맑은 고딕" w:eastAsia="맑은 고딕"/>
          <w:b/>
          <w:color w:val="191F28"/>
          <w:sz w:val="23"/>
        </w:rPr>
        <w:t>이 영상이 궁극적으로 전하려는 메시지로 가장 알맞은 것은?</w:t>
      </w:r>
    </w:p>
    <w:p>
      <w:pPr>
        <w:ind w:left="320"/>
      </w:pPr>
      <w:r>
        <w:rPr>
          <w:rFonts w:ascii="맑은 고딕" w:hAnsi="맑은 고딕" w:eastAsia="맑은 고딕"/>
          <w:b w:val="0"/>
          <w:color w:val="4E5968"/>
          <w:sz w:val="22"/>
        </w:rPr>
        <w:t>① 작은 배려가 안전한 삶을 돕는다는 것</w:t>
      </w:r>
    </w:p>
    <w:p>
      <w:pPr>
        <w:ind w:left="320"/>
      </w:pPr>
      <w:r>
        <w:rPr>
          <w:rFonts w:ascii="맑은 고딕" w:hAnsi="맑은 고딕" w:eastAsia="맑은 고딕"/>
          <w:b w:val="0"/>
          <w:color w:val="4E5968"/>
          <w:sz w:val="22"/>
        </w:rPr>
        <w:t>② 안내견은 아주 똑똑하고 영리한 동물이라는 것</w:t>
      </w:r>
    </w:p>
    <w:p>
      <w:pPr>
        <w:ind w:left="320"/>
      </w:pPr>
      <w:r>
        <w:rPr>
          <w:rFonts w:ascii="맑은 고딕" w:hAnsi="맑은 고딕" w:eastAsia="맑은 고딕"/>
          <w:b w:val="0"/>
          <w:color w:val="4E5968"/>
          <w:sz w:val="22"/>
        </w:rPr>
        <w:t>③ 지하철은 편리한 교통수단이라는 것</w:t>
      </w:r>
    </w:p>
    <w:p>
      <w:pPr>
        <w:ind w:left="320"/>
      </w:pPr>
      <w:r>
        <w:rPr>
          <w:rFonts w:ascii="맑은 고딕" w:hAnsi="맑은 고딕" w:eastAsia="맑은 고딕"/>
          <w:b w:val="0"/>
          <w:color w:val="4E5968"/>
          <w:sz w:val="22"/>
        </w:rPr>
        <w:t>④ 강아지는 좋은 반려동물이라는 것</w:t>
      </w:r>
    </w:p>
    <w:p>
      <w:pPr>
        <w:spacing w:before="240"/>
      </w:pPr>
      <w:r>
        <w:rPr>
          <w:rFonts w:ascii="맑은 고딕" w:hAnsi="맑은 고딕" w:eastAsia="맑은 고딕"/>
          <w:b/>
          <w:color w:val="8B95A1"/>
          <w:sz w:val="17"/>
        </w:rPr>
        <w:t xml:space="preserve">  비판적 사고 · 서술형  </w:t>
      </w:r>
    </w:p>
    <w:p>
      <w:r>
        <w:rPr>
          <w:rFonts w:ascii="맑은 고딕" w:hAnsi="맑은 고딕" w:eastAsia="맑은 고딕"/>
          <w:b/>
          <w:color w:val="2272EB"/>
          <w:sz w:val="24"/>
        </w:rPr>
        <w:t xml:space="preserve">9. </w:t>
      </w:r>
      <w:r>
        <w:rPr>
          <w:rFonts w:ascii="맑은 고딕" w:hAnsi="맑은 고딕" w:eastAsia="맑은 고딕"/>
          <w:b/>
          <w:color w:val="191F28"/>
          <w:sz w:val="23"/>
        </w:rPr>
        <w:t>안내견을 '만지지 말고 눈으로만 예뻐해 달라'는 부탁이 단순한 예의가 아니라 '안전의 문제'인 까닭을, 영상 속 산이의 역할과 연결해 써 보세요.</w:t>
      </w:r>
    </w:p>
    <w:p>
      <w:pPr>
        <w:pBdr>
          <w:bottom w:val="single" w:sz="6" w:space="1" w:color="C8CDD2"/>
        </w:pBdr>
        <w:spacing w:before="360" w:after="0"/>
        <w:ind w:left="320"/>
      </w:pPr>
    </w:p>
    <w:p>
      <w:pPr>
        <w:pBdr>
          <w:bottom w:val="single" w:sz="6" w:space="1" w:color="C8CDD2"/>
        </w:pBdr>
        <w:spacing w:before="360" w:after="0"/>
        <w:ind w:left="320"/>
      </w:pPr>
    </w:p>
    <w:p>
      <w:pPr>
        <w:pBdr>
          <w:bottom w:val="single" w:sz="6" w:space="1" w:color="C8CDD2"/>
        </w:pBdr>
        <w:spacing w:before="360" w:after="0"/>
        <w:ind w:left="320"/>
      </w:pPr>
    </w:p>
    <w:p>
      <w:pPr>
        <w:spacing w:before="240"/>
      </w:pPr>
      <w:r>
        <w:rPr>
          <w:rFonts w:ascii="맑은 고딕" w:hAnsi="맑은 고딕" w:eastAsia="맑은 고딕"/>
          <w:b/>
          <w:color w:val="8B95A1"/>
          <w:sz w:val="17"/>
        </w:rPr>
        <w:t xml:space="preserve">  가치 판단 · 서술형  </w:t>
      </w:r>
    </w:p>
    <w:p>
      <w:r>
        <w:rPr>
          <w:rFonts w:ascii="맑은 고딕" w:hAnsi="맑은 고딕" w:eastAsia="맑은 고딕"/>
          <w:b/>
          <w:color w:val="2272EB"/>
          <w:sz w:val="24"/>
        </w:rPr>
        <w:t xml:space="preserve">10. </w:t>
      </w:r>
      <w:r>
        <w:rPr>
          <w:rFonts w:ascii="맑은 고딕" w:hAnsi="맑은 고딕" w:eastAsia="맑은 고딕"/>
          <w:b/>
          <w:color w:val="191F28"/>
          <w:sz w:val="23"/>
        </w:rPr>
        <w:t>우리 사회가 안내견과 시각 장애인을 진정으로 존중하려면 제도·시설·태도 면에서 무엇이 바뀌어야 할지 자신의 생각을 써 보세요.</w:t>
      </w:r>
    </w:p>
    <w:p>
      <w:pPr>
        <w:pBdr>
          <w:bottom w:val="single" w:sz="6" w:space="1" w:color="C8CDD2"/>
        </w:pBdr>
        <w:spacing w:before="360" w:after="0"/>
        <w:ind w:left="320"/>
      </w:pPr>
    </w:p>
    <w:p>
      <w:pPr>
        <w:pBdr>
          <w:bottom w:val="single" w:sz="6" w:space="1" w:color="C8CDD2"/>
        </w:pBdr>
        <w:spacing w:before="360" w:after="0"/>
        <w:ind w:left="320"/>
      </w:pPr>
    </w:p>
    <w:p>
      <w:pPr>
        <w:pBdr>
          <w:bottom w:val="single" w:sz="6" w:space="1" w:color="C8CDD2"/>
        </w:pBdr>
        <w:spacing w:before="360" w:after="0"/>
        <w:ind w:left="320"/>
      </w:pPr>
    </w:p>
    <w:p>
      <w:r>
        <w:br w:type="page"/>
      </w:r>
    </w:p>
    <w:p>
      <w:r>
        <w:rPr>
          <w:rFonts w:ascii="맑은 고딕" w:hAnsi="맑은 고딕" w:eastAsia="맑은 고딕"/>
          <w:b/>
          <w:color w:val="191F28"/>
          <w:sz w:val="32"/>
        </w:rPr>
        <w:t>정답 및 해설 · 교사용</w:t>
      </w:r>
    </w:p>
    <w:p>
      <w:pPr>
        <w:spacing w:before="160"/>
      </w:pPr>
      <w:r>
        <w:rPr>
          <w:rFonts w:ascii="맑은 고딕" w:hAnsi="맑은 고딕" w:eastAsia="맑은 고딕"/>
          <w:b/>
          <w:color w:val="2272EB"/>
          <w:sz w:val="26"/>
        </w:rPr>
        <w:t>[저학년] 산이의 안내견 도전</w:t>
      </w:r>
    </w:p>
    <w:p>
      <w:pPr>
        <w:spacing w:before="80"/>
      </w:pPr>
      <w:r>
        <w:rPr>
          <w:rFonts w:ascii="맑은 고딕" w:hAnsi="맑은 고딕" w:eastAsia="맑은 고딕"/>
          <w:b/>
          <w:color w:val="03B26C"/>
          <w:sz w:val="22"/>
        </w:rPr>
        <w:t xml:space="preserve">1.  </w:t>
      </w:r>
      <w:r>
        <w:rPr>
          <w:rFonts w:ascii="맑은 고딕" w:hAnsi="맑은 고딕" w:eastAsia="맑은 고딕"/>
          <w:b/>
          <w:color w:val="191F28"/>
          <w:sz w:val="22"/>
        </w:rPr>
        <w:t>① 개찰구</w:t>
      </w:r>
    </w:p>
    <w:p>
      <w:pPr>
        <w:spacing w:before="80"/>
      </w:pPr>
      <w:r>
        <w:rPr>
          <w:rFonts w:ascii="맑은 고딕" w:hAnsi="맑은 고딕" w:eastAsia="맑은 고딕"/>
          <w:b/>
          <w:color w:val="03B26C"/>
          <w:sz w:val="22"/>
        </w:rPr>
        <w:t xml:space="preserve">2.  </w:t>
      </w:r>
      <w:r>
        <w:rPr>
          <w:rFonts w:ascii="맑은 고딕" w:hAnsi="맑은 고딕" w:eastAsia="맑은 고딕"/>
          <w:b/>
          <w:color w:val="191F28"/>
          <w:sz w:val="22"/>
        </w:rPr>
        <w:t>② 눈으로만 예뻐한다</w:t>
      </w:r>
    </w:p>
    <w:p>
      <w:pPr>
        <w:spacing w:before="80"/>
      </w:pPr>
      <w:r>
        <w:rPr>
          <w:rFonts w:ascii="맑은 고딕" w:hAnsi="맑은 고딕" w:eastAsia="맑은 고딕"/>
          <w:b/>
          <w:color w:val="03B26C"/>
          <w:sz w:val="22"/>
        </w:rPr>
        <w:t xml:space="preserve">3.  </w:t>
      </w:r>
      <w:r>
        <w:rPr>
          <w:rFonts w:ascii="맑은 고딕" w:hAnsi="맑은 고딕" w:eastAsia="맑은 고딕"/>
          <w:b/>
          <w:color w:val="191F28"/>
          <w:sz w:val="22"/>
        </w:rPr>
        <w:t>③ 고양이 나비</w:t>
      </w:r>
    </w:p>
    <w:p>
      <w:pPr>
        <w:spacing w:before="80"/>
      </w:pPr>
      <w:r>
        <w:rPr>
          <w:rFonts w:ascii="맑은 고딕" w:hAnsi="맑은 고딕" w:eastAsia="맑은 고딕"/>
          <w:b/>
          <w:color w:val="03B26C"/>
          <w:sz w:val="22"/>
        </w:rPr>
        <w:t xml:space="preserve">4.  </w:t>
      </w:r>
      <w:r>
        <w:rPr>
          <w:rFonts w:ascii="맑은 고딕" w:hAnsi="맑은 고딕" w:eastAsia="맑은 고딕"/>
          <w:b/>
          <w:color w:val="191F28"/>
          <w:sz w:val="22"/>
        </w:rPr>
        <w:t>④ 멈춰 서서 주인에게 알렸다</w:t>
      </w:r>
    </w:p>
    <w:p>
      <w:pPr>
        <w:spacing w:before="80"/>
      </w:pPr>
      <w:r>
        <w:rPr>
          <w:rFonts w:ascii="맑은 고딕" w:hAnsi="맑은 고딕" w:eastAsia="맑은 고딕"/>
          <w:b/>
          <w:color w:val="03B26C"/>
          <w:sz w:val="22"/>
        </w:rPr>
        <w:t xml:space="preserve">5.  </w:t>
      </w:r>
      <w:r>
        <w:rPr>
          <w:rFonts w:ascii="맑은 고딕" w:hAnsi="맑은 고딕" w:eastAsia="맑은 고딕"/>
          <w:b/>
          <w:color w:val="191F28"/>
          <w:sz w:val="22"/>
        </w:rPr>
        <w:t>① 부딪치지 않게 피해 갔다</w:t>
      </w:r>
    </w:p>
    <w:p>
      <w:pPr>
        <w:spacing w:before="80"/>
      </w:pPr>
      <w:r>
        <w:rPr>
          <w:rFonts w:ascii="맑은 고딕" w:hAnsi="맑은 고딕" w:eastAsia="맑은 고딕"/>
          <w:b/>
          <w:color w:val="03B26C"/>
          <w:sz w:val="22"/>
        </w:rPr>
        <w:t xml:space="preserve">6.  </w:t>
      </w:r>
      <w:r>
        <w:rPr>
          <w:rFonts w:ascii="맑은 고딕" w:hAnsi="맑은 고딕" w:eastAsia="맑은 고딕"/>
          <w:b/>
          <w:color w:val="191F28"/>
          <w:sz w:val="22"/>
        </w:rPr>
        <w:t>④ 산이를 따라 걸었다</w:t>
      </w:r>
    </w:p>
    <w:p>
      <w:pPr>
        <w:spacing w:before="80"/>
      </w:pPr>
      <w:r>
        <w:rPr>
          <w:rFonts w:ascii="맑은 고딕" w:hAnsi="맑은 고딕" w:eastAsia="맑은 고딕"/>
          <w:b/>
          <w:color w:val="03B26C"/>
          <w:sz w:val="22"/>
        </w:rPr>
        <w:t xml:space="preserve">7.  </w:t>
      </w:r>
      <w:r>
        <w:rPr>
          <w:rFonts w:ascii="맑은 고딕" w:hAnsi="맑은 고딕" w:eastAsia="맑은 고딕"/>
          <w:b/>
          <w:color w:val="191F28"/>
          <w:sz w:val="22"/>
        </w:rPr>
        <w:t>② 150점</w:t>
      </w:r>
    </w:p>
    <w:p>
      <w:pPr>
        <w:spacing w:before="80"/>
      </w:pPr>
      <w:r>
        <w:rPr>
          <w:rFonts w:ascii="맑은 고딕" w:hAnsi="맑은 고딕" w:eastAsia="맑은 고딕"/>
          <w:b/>
          <w:color w:val="03B26C"/>
          <w:sz w:val="22"/>
        </w:rPr>
        <w:t xml:space="preserve">8.  </w:t>
      </w:r>
      <w:r>
        <w:rPr>
          <w:rFonts w:ascii="맑은 고딕" w:hAnsi="맑은 고딕" w:eastAsia="맑은 고딕"/>
          <w:b/>
          <w:color w:val="191F28"/>
          <w:sz w:val="22"/>
        </w:rPr>
        <w:t>③ 즐거운 산책이에요</w:t>
      </w:r>
    </w:p>
    <w:p>
      <w:pPr>
        <w:spacing w:before="80"/>
      </w:pPr>
      <w:r>
        <w:rPr>
          <w:rFonts w:ascii="맑은 고딕" w:hAnsi="맑은 고딕" w:eastAsia="맑은 고딕"/>
          <w:b/>
          <w:color w:val="03B26C"/>
          <w:sz w:val="22"/>
        </w:rPr>
        <w:t xml:space="preserve">9.  </w:t>
      </w:r>
      <w:r>
        <w:rPr>
          <w:rFonts w:ascii="맑은 고딕" w:hAnsi="맑은 고딕" w:eastAsia="맑은 고딕"/>
          <w:b/>
          <w:color w:val="191F28"/>
          <w:sz w:val="22"/>
        </w:rPr>
        <w:t>에스컬레이터-타고 내려갔다 / 개찰구-멈춰서 알렸다 / 의자-찾아서 앉았다</w:t>
      </w:r>
    </w:p>
    <w:p>
      <w:pPr>
        <w:spacing w:before="80"/>
      </w:pPr>
      <w:r>
        <w:rPr>
          <w:rFonts w:ascii="맑은 고딕" w:hAnsi="맑은 고딕" w:eastAsia="맑은 고딕"/>
          <w:b/>
          <w:color w:val="03B26C"/>
          <w:sz w:val="22"/>
        </w:rPr>
        <w:t xml:space="preserve">10.  </w:t>
      </w:r>
      <w:r>
        <w:rPr>
          <w:rFonts w:ascii="맑은 고딕" w:hAnsi="맑은 고딕" w:eastAsia="맑은 고딕"/>
          <w:b/>
          <w:color w:val="191F28"/>
          <w:sz w:val="22"/>
        </w:rPr>
        <w:t>[예시] 만지거나 먹이를 주지 않고, 큰 소리로 부르지 않으며, 눈으로만 예뻐하겠다. · (평가) 영상 속 '눈으로만 예뻐하기' 등 배려 행동을 자기 말로 적었는지 봐 주세요.</w:t>
      </w:r>
    </w:p>
    <w:p>
      <w:r>
        <w:br w:type="page"/>
      </w:r>
    </w:p>
    <w:p>
      <w:pPr>
        <w:spacing w:before="160"/>
      </w:pPr>
      <w:r>
        <w:rPr>
          <w:rFonts w:ascii="맑은 고딕" w:hAnsi="맑은 고딕" w:eastAsia="맑은 고딕"/>
          <w:b/>
          <w:color w:val="2272EB"/>
          <w:sz w:val="26"/>
        </w:rPr>
        <w:t>[중학년] 안내견 산이의 지하철 도전</w:t>
      </w:r>
    </w:p>
    <w:p>
      <w:pPr>
        <w:spacing w:before="80"/>
      </w:pPr>
      <w:r>
        <w:rPr>
          <w:rFonts w:ascii="맑은 고딕" w:hAnsi="맑은 고딕" w:eastAsia="맑은 고딕"/>
          <w:b/>
          <w:color w:val="03B26C"/>
          <w:sz w:val="22"/>
        </w:rPr>
        <w:t xml:space="preserve">1.  </w:t>
      </w:r>
      <w:r>
        <w:rPr>
          <w:rFonts w:ascii="맑은 고딕" w:hAnsi="맑은 고딕" w:eastAsia="맑은 고딕"/>
          <w:b/>
          <w:color w:val="191F28"/>
          <w:sz w:val="22"/>
        </w:rPr>
        <w:t>③ 지나갈 수 없어 알리려고</w:t>
      </w:r>
    </w:p>
    <w:p>
      <w:pPr>
        <w:spacing w:before="80"/>
      </w:pPr>
      <w:r>
        <w:rPr>
          <w:rFonts w:ascii="맑은 고딕" w:hAnsi="맑은 고딕" w:eastAsia="맑은 고딕"/>
          <w:b/>
          <w:color w:val="03B26C"/>
          <w:sz w:val="22"/>
        </w:rPr>
        <w:t xml:space="preserve">2.  </w:t>
      </w:r>
      <w:r>
        <w:rPr>
          <w:rFonts w:ascii="맑은 고딕" w:hAnsi="맑은 고딕" w:eastAsia="맑은 고딕"/>
          <w:b/>
          <w:color w:val="191F28"/>
          <w:sz w:val="22"/>
        </w:rPr>
        <w:t>① 돌발 상황 없이 무사히 해내서</w:t>
      </w:r>
    </w:p>
    <w:p>
      <w:pPr>
        <w:spacing w:before="80"/>
      </w:pPr>
      <w:r>
        <w:rPr>
          <w:rFonts w:ascii="맑은 고딕" w:hAnsi="맑은 고딕" w:eastAsia="맑은 고딕"/>
          <w:b/>
          <w:color w:val="03B26C"/>
          <w:sz w:val="22"/>
        </w:rPr>
        <w:t xml:space="preserve">3.  </w:t>
      </w:r>
      <w:r>
        <w:rPr>
          <w:rFonts w:ascii="맑은 고딕" w:hAnsi="맑은 고딕" w:eastAsia="맑은 고딕"/>
          <w:b/>
          <w:color w:val="191F28"/>
          <w:sz w:val="22"/>
        </w:rPr>
        <w:t>② 돌발 상황 대비 안전을 위해</w:t>
      </w:r>
    </w:p>
    <w:p>
      <w:pPr>
        <w:spacing w:before="80"/>
      </w:pPr>
      <w:r>
        <w:rPr>
          <w:rFonts w:ascii="맑은 고딕" w:hAnsi="맑은 고딕" w:eastAsia="맑은 고딕"/>
          <w:b/>
          <w:color w:val="03B26C"/>
          <w:sz w:val="22"/>
        </w:rPr>
        <w:t xml:space="preserve">4.  </w:t>
      </w:r>
      <w:r>
        <w:rPr>
          <w:rFonts w:ascii="맑은 고딕" w:hAnsi="맑은 고딕" w:eastAsia="맑은 고딕"/>
          <w:b/>
          <w:color w:val="191F28"/>
          <w:sz w:val="22"/>
        </w:rPr>
        <w:t>③ 멈춰서 입구를 알려 줬다</w:t>
      </w:r>
    </w:p>
    <w:p>
      <w:pPr>
        <w:spacing w:before="80"/>
      </w:pPr>
      <w:r>
        <w:rPr>
          <w:rFonts w:ascii="맑은 고딕" w:hAnsi="맑은 고딕" w:eastAsia="맑은 고딕"/>
          <w:b/>
          <w:color w:val="03B26C"/>
          <w:sz w:val="22"/>
        </w:rPr>
        <w:t xml:space="preserve">5.  </w:t>
      </w:r>
      <w:r>
        <w:rPr>
          <w:rFonts w:ascii="맑은 고딕" w:hAnsi="맑은 고딕" w:eastAsia="맑은 고딕"/>
          <w:b/>
          <w:color w:val="191F28"/>
          <w:sz w:val="22"/>
        </w:rPr>
        <w:t>ㄴ → ㄹ → ㄱ → ㄷ</w:t>
      </w:r>
    </w:p>
    <w:p>
      <w:pPr>
        <w:spacing w:before="80"/>
      </w:pPr>
      <w:r>
        <w:rPr>
          <w:rFonts w:ascii="맑은 고딕" w:hAnsi="맑은 고딕" w:eastAsia="맑은 고딕"/>
          <w:b/>
          <w:color w:val="03B26C"/>
          <w:sz w:val="22"/>
        </w:rPr>
        <w:t xml:space="preserve">6.  </w:t>
      </w:r>
      <w:r>
        <w:rPr>
          <w:rFonts w:ascii="맑은 고딕" w:hAnsi="맑은 고딕" w:eastAsia="맑은 고딕"/>
          <w:b/>
          <w:color w:val="191F28"/>
          <w:sz w:val="22"/>
        </w:rPr>
        <w:t>② 집중이 흐트러져 안내가 어려워서</w:t>
      </w:r>
    </w:p>
    <w:p>
      <w:pPr>
        <w:spacing w:before="80"/>
      </w:pPr>
      <w:r>
        <w:rPr>
          <w:rFonts w:ascii="맑은 고딕" w:hAnsi="맑은 고딕" w:eastAsia="맑은 고딕"/>
          <w:b/>
          <w:color w:val="03B26C"/>
          <w:sz w:val="22"/>
        </w:rPr>
        <w:t xml:space="preserve">7.  </w:t>
      </w:r>
      <w:r>
        <w:rPr>
          <w:rFonts w:ascii="맑은 고딕" w:hAnsi="맑은 고딕" w:eastAsia="맑은 고딕"/>
          <w:b/>
          <w:color w:val="191F28"/>
          <w:sz w:val="22"/>
        </w:rPr>
        <w:t>④ 위험을 피하거나 멈춰 알린다</w:t>
      </w:r>
    </w:p>
    <w:p>
      <w:pPr>
        <w:spacing w:before="80"/>
      </w:pPr>
      <w:r>
        <w:rPr>
          <w:rFonts w:ascii="맑은 고딕" w:hAnsi="맑은 고딕" w:eastAsia="맑은 고딕"/>
          <w:b/>
          <w:color w:val="03B26C"/>
          <w:sz w:val="22"/>
        </w:rPr>
        <w:t xml:space="preserve">8.  </w:t>
      </w:r>
      <w:r>
        <w:rPr>
          <w:rFonts w:ascii="맑은 고딕" w:hAnsi="맑은 고딕" w:eastAsia="맑은 고딕"/>
          <w:b/>
          <w:color w:val="191F28"/>
          <w:sz w:val="22"/>
        </w:rPr>
        <w:t>④ 멈춰</w:t>
      </w:r>
    </w:p>
    <w:p>
      <w:pPr>
        <w:spacing w:before="80"/>
      </w:pPr>
      <w:r>
        <w:rPr>
          <w:rFonts w:ascii="맑은 고딕" w:hAnsi="맑은 고딕" w:eastAsia="맑은 고딕"/>
          <w:b/>
          <w:color w:val="03B26C"/>
          <w:sz w:val="22"/>
        </w:rPr>
        <w:t xml:space="preserve">9.  </w:t>
      </w:r>
      <w:r>
        <w:rPr>
          <w:rFonts w:ascii="맑은 고딕" w:hAnsi="맑은 고딕" w:eastAsia="맑은 고딕"/>
          <w:b/>
          <w:color w:val="191F28"/>
          <w:sz w:val="22"/>
        </w:rPr>
        <w:t>[예시] 유혹에도 흔들리지 않는 집중력과 주인의 안전을 먼저 생각하는 책임감이다. 좋은 냄새에도 멈춰 위험을 알린 것이 그 예다. · (평가) 영상 속 장면을 근거로 자질을 설명했는지 봐 주세요.</w:t>
      </w:r>
    </w:p>
    <w:p>
      <w:pPr>
        <w:spacing w:before="80"/>
      </w:pPr>
      <w:r>
        <w:rPr>
          <w:rFonts w:ascii="맑은 고딕" w:hAnsi="맑은 고딕" w:eastAsia="맑은 고딕"/>
          <w:b/>
          <w:color w:val="03B26C"/>
          <w:sz w:val="22"/>
        </w:rPr>
        <w:t xml:space="preserve">10.  </w:t>
      </w:r>
      <w:r>
        <w:rPr>
          <w:rFonts w:ascii="맑은 고딕" w:hAnsi="맑은 고딕" w:eastAsia="맑은 고딕"/>
          <w:b/>
          <w:color w:val="191F28"/>
          <w:sz w:val="22"/>
        </w:rPr>
        <w:t>[예시] 만지거나 부르고 싶어도 참고, 간식을 주지 않으며, 멀리서 눈으로만 바라보며 안내견이 일에 집중하도록 돕겠다. · (평가) 집중을 방해하지 않는 구체적 행동을 적었는지 봐 주세요.</w:t>
      </w:r>
    </w:p>
    <w:p>
      <w:r>
        <w:br w:type="page"/>
      </w:r>
    </w:p>
    <w:p>
      <w:pPr>
        <w:spacing w:before="160"/>
      </w:pPr>
      <w:r>
        <w:rPr>
          <w:rFonts w:ascii="맑은 고딕" w:hAnsi="맑은 고딕" w:eastAsia="맑은 고딕"/>
          <w:b/>
          <w:color w:val="2272EB"/>
          <w:sz w:val="26"/>
        </w:rPr>
        <w:t>[고학년] 안내견이 일하는 법</w:t>
      </w:r>
    </w:p>
    <w:p>
      <w:pPr>
        <w:spacing w:before="80"/>
      </w:pPr>
      <w:r>
        <w:rPr>
          <w:rFonts w:ascii="맑은 고딕" w:hAnsi="맑은 고딕" w:eastAsia="맑은 고딕"/>
          <w:b/>
          <w:color w:val="03B26C"/>
          <w:sz w:val="22"/>
        </w:rPr>
        <w:t xml:space="preserve">1.  </w:t>
      </w:r>
      <w:r>
        <w:rPr>
          <w:rFonts w:ascii="맑은 고딕" w:hAnsi="맑은 고딕" w:eastAsia="맑은 고딕"/>
          <w:b/>
          <w:color w:val="191F28"/>
          <w:sz w:val="22"/>
        </w:rPr>
        <w:t>③ 둘 다 멈춰 주인에게 알린 것</w:t>
      </w:r>
    </w:p>
    <w:p>
      <w:pPr>
        <w:spacing w:before="80"/>
      </w:pPr>
      <w:r>
        <w:rPr>
          <w:rFonts w:ascii="맑은 고딕" w:hAnsi="맑은 고딕" w:eastAsia="맑은 고딕"/>
          <w:b/>
          <w:color w:val="03B26C"/>
          <w:sz w:val="22"/>
        </w:rPr>
        <w:t xml:space="preserve">2.  </w:t>
      </w:r>
      <w:r>
        <w:rPr>
          <w:rFonts w:ascii="맑은 고딕" w:hAnsi="맑은 고딕" w:eastAsia="맑은 고딕"/>
          <w:b/>
          <w:color w:val="191F28"/>
          <w:sz w:val="22"/>
        </w:rPr>
        <w:t>② 함께 걷는 것 자체가 즐겁다는 뜻</w:t>
      </w:r>
    </w:p>
    <w:p>
      <w:pPr>
        <w:spacing w:before="80"/>
      </w:pPr>
      <w:r>
        <w:rPr>
          <w:rFonts w:ascii="맑은 고딕" w:hAnsi="맑은 고딕" w:eastAsia="맑은 고딕"/>
          <w:b/>
          <w:color w:val="03B26C"/>
          <w:sz w:val="22"/>
        </w:rPr>
        <w:t xml:space="preserve">3.  </w:t>
      </w:r>
      <w:r>
        <w:rPr>
          <w:rFonts w:ascii="맑은 고딕" w:hAnsi="맑은 고딕" w:eastAsia="맑은 고딕"/>
          <w:b/>
          <w:color w:val="191F28"/>
          <w:sz w:val="22"/>
        </w:rPr>
        <w:t>③ 일과 가족의 모습을 함께 보여 동반자임을 전하려고</w:t>
      </w:r>
    </w:p>
    <w:p>
      <w:pPr>
        <w:spacing w:before="80"/>
      </w:pPr>
      <w:r>
        <w:rPr>
          <w:rFonts w:ascii="맑은 고딕" w:hAnsi="맑은 고딕" w:eastAsia="맑은 고딕"/>
          <w:b/>
          <w:color w:val="03B26C"/>
          <w:sz w:val="22"/>
        </w:rPr>
        <w:t xml:space="preserve">4.  </w:t>
      </w:r>
      <w:r>
        <w:rPr>
          <w:rFonts w:ascii="맑은 고딕" w:hAnsi="맑은 고딕" w:eastAsia="맑은 고딕"/>
          <w:b/>
          <w:color w:val="191F28"/>
          <w:sz w:val="22"/>
        </w:rPr>
        <w:t>① 스스로 멈춰 판단해 신호 보내기</w:t>
      </w:r>
    </w:p>
    <w:p>
      <w:pPr>
        <w:spacing w:before="80"/>
      </w:pPr>
      <w:r>
        <w:rPr>
          <w:rFonts w:ascii="맑은 고딕" w:hAnsi="맑은 고딕" w:eastAsia="맑은 고딕"/>
          <w:b/>
          <w:color w:val="03B26C"/>
          <w:sz w:val="22"/>
        </w:rPr>
        <w:t xml:space="preserve">5.  </w:t>
      </w:r>
      <w:r>
        <w:rPr>
          <w:rFonts w:ascii="맑은 고딕" w:hAnsi="맑은 고딕" w:eastAsia="맑은 고딕"/>
          <w:b/>
          <w:color w:val="191F28"/>
          <w:sz w:val="22"/>
        </w:rPr>
        <w:t>ㄴ → ㄹ → ㄷ → ㄱ</w:t>
      </w:r>
    </w:p>
    <w:p>
      <w:pPr>
        <w:spacing w:before="80"/>
      </w:pPr>
      <w:r>
        <w:rPr>
          <w:rFonts w:ascii="맑은 고딕" w:hAnsi="맑은 고딕" w:eastAsia="맑은 고딕"/>
          <w:b/>
          <w:color w:val="03B26C"/>
          <w:sz w:val="22"/>
        </w:rPr>
        <w:t xml:space="preserve">6.  </w:t>
      </w:r>
      <w:r>
        <w:rPr>
          <w:rFonts w:ascii="맑은 고딕" w:hAnsi="맑은 고딕" w:eastAsia="맑은 고딕"/>
          <w:b/>
          <w:color w:val="191F28"/>
          <w:sz w:val="22"/>
        </w:rPr>
        <w:t>④ 완벽하고 침착하게 해냈다는 칭찬</w:t>
      </w:r>
    </w:p>
    <w:p>
      <w:pPr>
        <w:spacing w:before="80"/>
      </w:pPr>
      <w:r>
        <w:rPr>
          <w:rFonts w:ascii="맑은 고딕" w:hAnsi="맑은 고딕" w:eastAsia="맑은 고딕"/>
          <w:b/>
          <w:color w:val="03B26C"/>
          <w:sz w:val="22"/>
        </w:rPr>
        <w:t xml:space="preserve">7.  </w:t>
      </w:r>
      <w:r>
        <w:rPr>
          <w:rFonts w:ascii="맑은 고딕" w:hAnsi="맑은 고딕" w:eastAsia="맑은 고딕"/>
          <w:b/>
          <w:color w:val="191F28"/>
          <w:sz w:val="22"/>
        </w:rPr>
        <w:t>② 집중이 곧 주인 안전임을 보이려고</w:t>
      </w:r>
    </w:p>
    <w:p>
      <w:pPr>
        <w:spacing w:before="80"/>
      </w:pPr>
      <w:r>
        <w:rPr>
          <w:rFonts w:ascii="맑은 고딕" w:hAnsi="맑은 고딕" w:eastAsia="맑은 고딕"/>
          <w:b/>
          <w:color w:val="03B26C"/>
          <w:sz w:val="22"/>
        </w:rPr>
        <w:t xml:space="preserve">8.  </w:t>
      </w:r>
      <w:r>
        <w:rPr>
          <w:rFonts w:ascii="맑은 고딕" w:hAnsi="맑은 고딕" w:eastAsia="맑은 고딕"/>
          <w:b/>
          <w:color w:val="191F28"/>
          <w:sz w:val="22"/>
        </w:rPr>
        <w:t>① 작은 배려가 안전한 삶을 돕는다는 것</w:t>
      </w:r>
    </w:p>
    <w:p>
      <w:pPr>
        <w:spacing w:before="80"/>
      </w:pPr>
      <w:r>
        <w:rPr>
          <w:rFonts w:ascii="맑은 고딕" w:hAnsi="맑은 고딕" w:eastAsia="맑은 고딕"/>
          <w:b/>
          <w:color w:val="03B26C"/>
          <w:sz w:val="22"/>
        </w:rPr>
        <w:t xml:space="preserve">9.  </w:t>
      </w:r>
      <w:r>
        <w:rPr>
          <w:rFonts w:ascii="맑은 고딕" w:hAnsi="맑은 고딕" w:eastAsia="맑은 고딕"/>
          <w:b/>
          <w:color w:val="191F28"/>
          <w:sz w:val="22"/>
        </w:rPr>
        <w:t>[예시] 안내견은 위험을 살피고 멈춰 알리며 주인의 눈이 되어 늘 집중하는데, 만지거나 부르면 집중이 끊겨 그 순간 주인이 위험에 빠질 수 있기 때문이다. · (평가) 안내견의 역할(위험 감지·집중)과 안전을 연결해 설명했는지 봐 주세요.</w:t>
      </w:r>
    </w:p>
    <w:p>
      <w:pPr>
        <w:spacing w:before="80"/>
      </w:pPr>
      <w:r>
        <w:rPr>
          <w:rFonts w:ascii="맑은 고딕" w:hAnsi="맑은 고딕" w:eastAsia="맑은 고딕"/>
          <w:b/>
          <w:color w:val="03B26C"/>
          <w:sz w:val="22"/>
        </w:rPr>
        <w:t xml:space="preserve">10.  </w:t>
      </w:r>
      <w:r>
        <w:rPr>
          <w:rFonts w:ascii="맑은 고딕" w:hAnsi="맑은 고딕" w:eastAsia="맑은 고딕"/>
          <w:b/>
          <w:color w:val="191F28"/>
          <w:sz w:val="22"/>
        </w:rPr>
        <w:t>[예시] 식당·대중교통 등 어디든 안내견 출입을 보장하고, 점자·음성 안내 같은 시설을 갖추며, 사람들이 안내견을 만지거나 부르지 않는 태도를 지녀야 한다. · (평가) 제도·시설·태도 중 두 가지 이상을 구체적으로 제시했는지 봐 주세요.</w:t>
      </w:r>
    </w:p>
    <w:sectPr w:rsidR="00FC693F" w:rsidRPr="0006063C" w:rsidSect="00034616">
      <w:pgSz w:w="11906" w:h="16838"/>
      <w:pgMar w:top="850" w:right="907" w:bottom="850" w:left="90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맑은 고딕" w:hAnsi="맑은 고딕" w:eastAsia="맑은 고딕"/>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