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 같이 노는 놀이터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지우가 친구들과 미끄럼틀을 같이 타지 못한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휠체어 때문에 오르기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미끄럼틀이 타기 싫어졌어서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너무 불러서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졸음이 쏟아져서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친구들은 어떤 놀이터를 만들고 싶어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혼자만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모두 함께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아무도 못 노는 텅 빈 놀이터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훈이가 그린 '회전무대'는 왜 좋은가요?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빠르게 빙글빙글 잘 돌아서요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색이 알록달록 예뻐서요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휠체어 친구도 함께 타서요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소리가 크게 나서요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친구들과 같이 놀지 못한 친구의 마음은 어땠을까요?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무척 신났어요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졸리고 나른했어요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마냥 즐거웠어요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속상했어요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회전무대  ·          ·  휠체어 친구도 함께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그네  ·          ·  천천히 밀어 주면 함께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무장애 놀이터  ·          ·  누구나 노는 놀이터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세계 여러 나라에는 어떤 놀이터가 만들어지고 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놀 수 있는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어른들만 들어가서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아무도 못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 내야 노는 놀이터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 같이 놀 수 있는 놀이터를 만들려면 어떻게 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나만 먼저 생각하고 행동해요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서로를 살피고 생각해요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빨리 놀고 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모른 척해요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다미가 그린 놀이기구의 특징은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불이 활활 나와요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갑자기 사라져요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물과 소리가 나와요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저 혼자서 빙글빙글 돌아가요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따로따로 멀리 떨어져 놀아야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놀이터는 위험한 곳이에요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놀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함께 놀 수 있어야 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모두가 함께 놀 수 있는 '꿈의 놀이터'를 상상해, 어떤 놀이기구가 있으면 좋을지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모두를 위한 놀이터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휠체어를 탄 지우는 친구들과 미끄럼틀을 함께 타지 못해 속상하다. 아이들은 '모두가 함께 놀 수 있는 상상 속 놀이터'를 그림으로 그려 보고, 세계 여러 나라에 실제로 만들어지고 있는 무장애(통합) 놀이터를 알아본다. 조금만 생각하면 누구나 함께 놀 수 있다는 것을 일깨우는 장애이해 애니메이션.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지우가 친구들과 미끄럼틀을 함께 타지 못한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휠체어라 계단 오르기 어려움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미끄럼틀이 무섭고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키가 너무 작아서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시간이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장애가 있든 없든 누구나 이용할 수 있게 턱을 없애고 만든 놀이터를 '○○○ 놀이터(통합 놀이터)'라고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놀이방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무장애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실내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친구들이 '상상 속 놀이터'를 그림으로 표현한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그림 실력을 한껏 뽐내고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숙제라서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노는 놀이터를 떠올리려고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상을 받으려고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훈이가 그린 회전무대의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굉장히 빠르게 빙글빙글 돌아간다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어른만 탈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혼자만 탈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휠체어 친구도 함께 탈 수 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영상 속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친구들이 상상한 놀이터를 그림으로 그린다.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봄꽃을 관찰한 뒤 놀이터에서 논다.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지우가 휠체어 때문에 함께 못 놀아 속상해한다.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세계 여러 나라의 무장애 놀이터를 알아본다.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친구들이 놀이기구를 타며 느낀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함께 못 놀아 아쉬웠다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모두 함께라 마냥 즐거웠다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놀이터가 너무 지루했다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빨리 집에 가고 싶었다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'무장애(통합) 놀이터'에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장애가 있는 어린이만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누구나 함께 노는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쓰는 전용 놀이터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위험해서 닫아 둔 놀이터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다 같이 노는 놀이터가 점점 많아지려면 가장 필요한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훨씬 더 비싼 놀이기구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넓은 땅만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관심과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많은 어른들의 감시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동네 놀이터에서 몸이 불편한 친구도 함께 놀려면 무엇을 바꾸면 좋을지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'나와 다른 친구'와 함께 어울려 놀기 위해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다 같이 노는 놀이터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휠체어 때문에 오르기 어려워서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모두 함께 노는 놀이터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휠체어 친구도 함께 타서요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속상했어요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회전무대-휠체어 함께 / 그네-천천히 밀어 함께 / 무장애-누구나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누구나 놀 수 있는 놀이터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서로를 살피고 생각해요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물과 소리가 나와요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함께 놀 수 있어야 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휠체어를 타고도 올라갈 수 있는 넓은 미끄럼틀과, 앞이 안 보여도 소리로 즐기는 놀이기구가 있으면 좋겠다. · (평가) 모두 함께 노는 방법을 구체적으로 상상했는지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모두를 위한 놀이터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휠체어라 계단 오르기 어려움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무장애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함께 노는 놀이터를 떠올리려고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휠체어 친구도 함께 탈 수 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함께 못 놀아 아쉬웠다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누구나 함께 노는 놀이터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관심과 배려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미끄럼틀 옆에 휠체어가 오를 수 있는 완만한 길을 만들고, 바닥의 턱을 없애 누구나 다닐 수 있게 한다. · (평가) 함께 놀기 위한 구체적 방법을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그 친구가 무엇을 어려워하는지 먼저 물어보고, 모두가 함께할 수 있는 놀이를 골라 같이 놀자고 한다. · (평가) 배려하며 함께하는 방법을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