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서로 존중해요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'인권'은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누구나 가진 소중한 권리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키 큰 사람만 가진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어른만 가진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돈이 아주 많은 사람만 가진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피부색이나 생김새가 다르다고 친구를 멀리하는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칭찬이에요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차별이에요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도움이에요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친절한 일이에요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몸이 불편한 친구와 함께 어울리려면 어떻게 해야 할까요?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그냥 멀리 떨어져 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못 본 척해요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함께 놀 방법을 찾아요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혼자 놀게 둬요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한국말이 서툰 외국 친구를 도우려면 어떻게 할까요?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함부로 놀려요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무시해요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그냥 혼자 알아서 하게 둬요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천천히 그림으로 알려 줘요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차별  ·          ·  다르다고 멀리하는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존중  ·          ·  서로 소중히 여기는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인권  ·          ·  누구나 가진 권리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"무거운 건 남자가 들어"라는 말은 어떤가요?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차별이 될 수 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언제나 옳은 말이에요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참 친절한 말이에요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꼭 지켜야 할 말이에요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친구의 외모를 놀리는 말은 친구에게 어떤가요?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참 재미있어요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큰 상처를 남겨요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오히려 도움이 돼요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금방 잊혀요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나와 다른 친구를 대하는 바른 마음은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똑같이 되라고 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멀리해요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인정하고 존중해요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나와 다르다고 놀려요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이 영상이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다른 사람은 멀리해야 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힘센 사람이 최고예요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나만 생각하면 돼요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누구나 존중받아야 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친구를 차별하지 않고 서로 존중하기 위해 내가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차별과 혐오를 넘어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인권지킴이 '지키'와 함께 우리 주변의 차별과 혐오를 살펴본다. 피부색·생김새·장애·성별·국적이 다르다는 이유로 친구를 멀리하거나 놀리는 것은 차별이며, 외모를 비웃는 혐오 표현은 마음에 큰 상처를 남긴다. 서로의 다름을 인정하고 존중하며 누구나 소중한 인권을 지켜야 함을 알려 주는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개념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'인권'에 대한 설명으로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누구나 똑같이 가진 권리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어른이 되어야 생기는 권리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돈이 많아야 생기는 권리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시험을 잘 봐야 생기는 권리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다른 사람을 까닭 없이 싫어하고 미워하는 마음이나 표현을 두 글자로 '○○'라고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존중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혐오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배려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공감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다음 중 '차별'에 해당하는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친구와 늘 사이좋게 노는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서로 다름을 존중하는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피부색으로 따돌리는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서로 도와주는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한국말이 서툰 외국 출신 친구를 위해 할 수 있는 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아예 반장은 할 수 없게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아예 말을 걸지 않는다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혼자 따로 앉게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함께 돕고 쉽게 알려 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차별  ·          ·  다르다는 이유로 불이익을 주는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혐오 표현  ·          ·  마음에 상처를 주는 말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존중  ·          ·  다름을 인정하고 소중히 여기는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"무거운 책은 힘센 남자들이 들어야지"라는 말이 차별인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성별로 역할을 정해 버려서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그게 사실이라서 차별이 아님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친절한 배려라서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힘이 세서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다른 나라에서 온 친구나 난민 친구를 대하는 바른 태도는?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위험하니까 그냥 피한다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따뜻한 마음으로 함께함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우리와 다르니 안 어울린다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그냥 모른 척한다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외모를 비웃거나 혐오하는 표현이 위험한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그냥 잠깐 웃기고 마는 것이라서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아무 문제 없어서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평생 상처를 남길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금방 잊혀서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우리 반에서 차별이나 혐오 없이 서로 존중하며 지내려면 어떤 약속이 필요할지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누군가가 차별이나 혐오를 당하는 모습을 보았을 때, 내가 할 수 있는 일을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인권, 다름을 존중하는 힘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인권지킴이 '지키'와 함께 우리 주변의 차별과 혐오를 살펴본다. 피부색·생김새·장애·성별·국적이 다르다는 이유로 친구를 멀리하거나 놀리는 것은 차별이며, 외모를 비웃는 혐오 표현은 마음에 큰 상처를 남긴다. 서로의 다름을 인정하고 존중하며 누구나 소중한 인권을 지켜야 함을 알려 주는 영상.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개념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인권의 특징으로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누구나 누리는 빼앗을 수 없는 권리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노력해서 얻는 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오직 나라가 골라서 주는 특별한 혜택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어른만 가진 권리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사람을 차별 없이 대하고 다름을 인정하며 소중히 여기는 태도를 두 글자로 '○○'이라고 합니다. 빈칸에 알맞은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차별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존중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혐오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편견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'차별'과 '다름'의 관계로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다르면 누구든 무조건 차별해도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다름과 차별은 같은 말이다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다름을 이유로 불이익 주면 차별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다른 점은 모두 숨겨야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외국 출신·난민 친구에 대한 편견을 바로잡는 태도로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위험할 수 있으니 거리를 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우리 문화를 모르니 안 끼워 준다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한국말 배울 때까지 무시한다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같은 사람으로 존중하고 어울림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다음 중 '차별'에 해당하지 않는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다른 점을 인정하고 함께 어울리는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장애가 있다고 모둠에서 빼는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여자라서 무거운 일을 못 한다고 정하는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외모를 비하하는 별명을 부르는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"무거운 일은 남자가 한다"는 생각의 문제점으로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사실이므로 아무 문제없다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성 역할을 고정해 차별을 만듦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여자를 배려해 주는 좋은 태도다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힘과는 전혀 무관하다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혐오 표현이 사회에 미치는 영향으로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그저 잠깐의 가벼운 농담으로 끝난다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오히려 사회를 더 단합시킨다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상처를 주고 차별·갈등을 키움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 영향이 없다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차별과 혐오를 줄이기 위한 바람직한 노력으로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다른 사람을 그냥 멀리하는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오직 다수의 생각만 그대로 따르는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약자가 혼자 참는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다양성을 인정하고 함께 목소리 냄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'나와 다르다'는 것이 차별의 이유가 될 수 없는 까닭을, 인권의 의미와 연결해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우리 주변의 차별이나 혐오를 하나 떠올려, 그것을 줄이기 위해 내가 실천할 수 있는 일을 구체적으로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서로 존중해요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누구나 가진 소중한 권리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차별이에요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함께 놀 방법을 찾아요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천천히 그림으로 알려 줘요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차별-멀리함 / 존중-소중히 / 인권-누구나의 권리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차별이 될 수 있어요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큰 상처를 남겨요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인정하고 존중해요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누구나 존중받아야 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생김새나 말투가 달라도 놀리지 않고, 함께 놀 방법을 먼저 찾아보겠다. · (평가) 존중하는 행동을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차별과 혐오를 넘어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누구나 똑같이 가진 권리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혐오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피부색으로 따돌리는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함께 돕고 쉽게 알려 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차별-불이익 / 혐오 표현-상처 주는 말 / 존중-인정하고 소중히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성별로 역할을 정해 버려서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따뜻한 마음으로 함께함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평생 상처를 남길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생김새·성별·출신을 두고 놀리지 않기, 다른 점을 흉이 아니라 다양함으로 받아들이기 같은 약속이 필요하다. · (평가) 차별을 막는 구체적 약속을 제시했는지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못 본 척하지 않고 "그러면 안 돼"라고 말해 주거나, 그 친구 곁에서 함께해 주고 선생님께 알리겠다. · (평가) 방관하지 않는 실천을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인권, 다름을 존중하는 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누구나 누리는 빼앗을 수 없는 권리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존중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다름을 이유로 불이익 주면 차별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같은 사람으로 존중하고 어울림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다른 점을 인정하고 함께 어울리는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성 역할을 고정해 차별을 만듦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상처를 주고 차별·갈등을 키움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다양성을 인정하고 함께 목소리 냄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인권은 사람이라면 누구나 똑같이 지니는 권리이므로, 생김새·성별·출신이 다르다고 그 권리를 빼앗거나 차별할 근거가 되지 못한다. · (평가) 인권 개념과 연결해 논리적으로 서술했는지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친구의 외모를 두고 하는 별명 부르기를 멈추자고 제안하고, 누가 그런 말을 하면 동조하지 않고 그만하자고 말하겠다. · (평가) 구체적 사례와 실천을 함께 제시했는지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