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우주의 비밀을 밝힌 사람들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인류가 수백 년에 걸쳐 태양과 행성의 비밀을 밝혀 온 과학의 여정을 담은 다큐멘터리. 코페르니쿠스의 지동설, 갈릴레오의 망원경 관측, 케플러의 타원 궤도, 뉴턴의 만유인력, 프라운호퍼선을 통한 태양 성분 분석, 그리고 아인슈타인의 상대성 이론까지 — 당연하다고 믿던 것을 의심하고 증거로 밝혀 온 과학혁명의 거장들을 만난다.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지구가 아니라 태양이 중심이고 행성들이 태양 주위를 돈다는 생각을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지동설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천동설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만유인력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빅뱅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망원경으로 목성의 위성과 금성의 변화를 관측해 지동설을 증명한 과학자는 '갈릴레오 ○○○○'입니다.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뉴턴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갈릴레이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케플러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코페르니쿠스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갈릴레오가 지동설의 증거로 발견한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화성에 흐르는 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토성을 둥글게 둘러싼 큰 고리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목성 주위를 도는 위성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달에 가득한 산소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행성이 태양 주위를 '타원 궤도'로 돈다는 법칙을 발견한 과학자는?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뉴턴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아인슈타인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코페르니쿠스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케플러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과학 발견을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케플러가 타원 궤도 법칙을 발견한다.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코페르니쿠스가 지동설을 처음 주장한다.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아인슈타인이 중력을 시공간의 휘어짐으로 설명한다.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뉴턴이 중력(만유인력)으로 행성 운동을 설명한다.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뉴턴이 사과가 떨어지는 것을 보고 발견한 법칙으로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물체끼리 끌어당기는 만유인력 법칙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빛이 나아가는 빛의 법칙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소리가 멀리 퍼져 나가는 소리의 법칙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전기가 흐르는 전기의 법칙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태양이 빛과 열을 내는 원리(에너지의 근원)로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커다란 장작 같은 나무를 태우는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수소가 헬륨으로 바뀌는 핵융합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전기를 끌어다 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햇빛을 모으는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태양빛을 분석해 태양의 구성 성분(주로 수소·헬륨)을 알아낼 수 있게 해 준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커다란 망원경 렌즈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저 높이 하늘을 도는 인공위성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검은 선(프라운호퍼선)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온도를 재는 온도계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코페르니쿠스의 지동설이 '혁명적'이라고 불리는 까닭을, 당시 사람들의 생각과 견주어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탐구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과학자들은 '당연하다고 믿어 온 것을 의심'한 덕분에 새 사실을 밝혀냈습니다. 내가 평소 당연하게 여기다가 한 번쯤 의심하고 알아보고 싶은 것을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과학혁명의 이정표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인류가 수백 년에 걸쳐 태양과 행성의 비밀을 밝혀 온 과학의 여정을 담은 다큐멘터리. 코페르니쿠스의 지동설, 갈릴레오의 망원경 관측, 케플러의 타원 궤도, 뉴턴의 만유인력, 프라운호퍼선을 통한 태양 성분 분석, 그리고 아인슈타인의 상대성 이론까지 — 당연하다고 믿던 것을 의심하고 증거로 밝혀 온 과학혁명의 거장들을 만난다.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천동설에서 지동설로 우주관이 바뀐 과정에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코페르니쿠스 주장, 갈릴레오 증명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뉴턴이 처음 주장했다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아인슈타인이 발견했다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케플러가 큰 망원경을 직접 만들었다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행성이 태양 주위를 타원 궤도로 돈다는 운동 법칙을 세운 독일의 천문학자는 '○○○'입니다.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뉴턴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케플러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갈릴레이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코페르니쿠스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갈릴레오가 금성을 관측해 지동설의 증거로 삼은 내용으로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금성이 늘 변함없이 같은 크기였다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금성에 물이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금성의 모양·크기가 달라졌다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금성이 갑자기 사라졌다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뉴턴의 업적에 대한 설명으로 옳은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지동설을 처음으로 주장했다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상대성 이론을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 망원경을 세상에서 처음 발명했다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중력으로 케플러 법칙을 설명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과학혁명을 이끈 발견을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뉴턴이 만유인력으로 행성 운동을 설명한다.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코페르니쿠스가 지동설을 주장한다.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아인슈타인이 일반 상대성 이론으로 중력을 설명한다.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케플러가 타원 궤도 법칙을 발견한다.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'프라운호퍼선'의 과학적 의미로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검은 선으로 별의 성분을 분석함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빛이 나아가는 속도를 정확히 측정했다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행성의 궤도를 그렸다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중력을 발견했다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아인슈타인의 일반 상대성 이론에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빛은 절대로 휘지 않는다고 주장했다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질량이 시간과 공간을 휘게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지구가 우주의 중심이라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중력은 아예 없다고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뉴턴의 중력 법칙으로 설명되지 않아 아인슈타인이 풀어낸 현상으로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잘 익은 사과가 아래로 떨어지는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달이 지구를 도는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수성 근일점이 이동하는 현상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대포알이 멀리 날아가는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과학혁명을 이끈 거장들의 발견이 '거인의 어깨 위에 서서' 이어졌다는 말의 의미를, 예를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인류가 태양과 우주의 비밀을 밝혀 온 과정을 보고, '과학이란 무엇인가'에 대한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우주의 비밀을 밝힌 사람들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지동설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갈릴레이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목성 주위를 도는 위성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케플러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물체끼리 끌어당기는 만유인력 법칙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수소가 헬륨으로 바뀌는 핵융합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검은 선(프라운호퍼선)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당시 사람들은 지구가 우주의 중심이라 굳게 믿었는데, 태양이 중심이라는 주장은 그 믿음을 완전히 뒤집는 것이었기 때문이다. · (평가) 당시 통념과 비교해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하늘이 파란 까닭을 당연하게 여겼는데, 왜 그런지 직접 찾아보고 싶다. · (평가) 호기심과 탐구 태도를 자기 경험으로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과학혁명의 이정표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코페르니쿠스 주장, 갈릴레오 증명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케플러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금성의 모양·크기가 달라졌다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중력으로 케플러 법칙을 설명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검은 선으로 별의 성분을 분석함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질량이 시간과 공간을 휘게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수성 근일점이 이동하는 현상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한 사람의 발견이 다음 과학자의 출발점이 되어 더 멀리 나아갔다는 뜻이다. 코페르니쿠스의 지동설이 갈릴레오·케플러·뉴턴으로 이어진 것이 그 예다. · (평가) 지식이 이어져 발전함을 예로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과학은 당연해 보이는 것도 의심하고 관측·실험으로 증거를 찾아 진실에 다가가는 과정이며, 그 발견들이 쌓여 세상을 이해하게 해 준다. · (평가) 과학의 본질을 자기 말로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