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빅뱅에서 지구까지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138억 년 전 빅뱅에서 시작해 빛의 출현, 최초의 별과 초신성, 태양과 지구의 탄생, 그리고 바다와 생명의 기원까지 우주의 긴 역사를 짚어 보는 다큐멘터리. 태양과의 절묘한 거리, 운석이 실어 온 물과 유기물, 자기장의 보호 등 수많은 우연이 겹쳐 지구와 생명이 만들어졌음을 보여 주며, 우리 모두가 '별의 후손'임을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우주가 시작된 거대한 사건을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빅뱅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일식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화산 폭발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우주는 지금으로부터 약 ○○○억 년 전에 시작되었습니다. 빈칸에 알맞은 숫자는?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46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138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5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1380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빅뱅 후 약 38만 년이 지나 일어난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사람이 처음 태어났다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공룡이 나타났다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원자가 생기고 빛이 퍼짐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태양이 어느 날 갑자기 사라졌다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별이 죽을 때 일어나는 '초신성 폭발'에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 우주를 통째로 다 사라지게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일도 일어나지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지구를 곧바로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 물질을 퍼뜨려 별의 재료가 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우주의 역사를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최초의 별이 탄생한다.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빅뱅으로 우주가 시작된다.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태양과 지구가 만들어진다.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빛이 처음으로 우주에 퍼진다.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태양이 끊임없이 빛과 열을 내는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핵융합이 일어나서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장작에 불을 피워서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전기를 끌어다 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햇빛을 잔뜩 모아서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무서운 태양풍으로부터 지구를 지켜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하늘의 뭉게구름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지구의 자기장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푸른 바닷물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둥근 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지구에만 바다가 생길 수 있었던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지구가 가장 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달이 곁에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태양과의 거리가 알맞아서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주변에 운석이 하나도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우주의 긴 역사 속에서 '지구'가 특별한 행성인 까닭을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138억 년 우주의 역사 끝에 내가 태어났다는 사실을 알고 든 생각이나 느낌을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우리는 별의 후손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138억 년 전 빅뱅에서 시작해 빛의 출현, 최초의 별과 초신성, 태양과 지구의 탄생, 그리고 바다와 생명의 기원까지 우주의 긴 역사를 짚어 보는 다큐멘터리. 태양과의 절묘한 거리, 운석이 실어 온 물과 유기물, 자기장의 보호 등 수많은 우연이 겹쳐 지구와 생명이 만들어졌음을 보여 주며, 우리 모두가 '별의 후손'임을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빅뱅에 대한 설명으로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 점에서 시작된 팽창, 시공간 탄생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이미 있던 우주에서 별 하나가 폭발한 사건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지구에서 일어난 큰 지진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태양이 처음 빛난 순간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별의 중심에서 수소 원자핵이 헬륨으로 바뀌며 막대한 에너지를 내는 반응을 '○○○ 반응'이라고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핵분열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핵융합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산화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연소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우주 초기에 물질이 사라지지 않고 남을 수 있었던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입자와 반입자의 수가 서로 똑같아서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빛이 전혀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입자가 조금 더 많은 비대칭 덕분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별이 갑자기 폭발해서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지구가 태양풍에 불타지 않고 생명을 지킬 수 있는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태양이 너무 약해서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달이 앞에서 대신 다 막아 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바다가 식혀 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자기장이 방어막이 되어서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우주와 지구의 역사를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핵융합을 하는 최초의 별이 탄생한다.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빅뱅으로 시간·공간·물질이 생겨난다.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약 46억 년 전 태양과 지구가 만들어진다.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운석이 물을 공급해 지구에 바다가 생긴다.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지구에 생명이 탄생한 과정으로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유기물이 반응해 세포가 생김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저 멀리 태양에서 생명이 날아왔다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처음부터 생명이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달에서 옮겨 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광합성을 하는 원시 생명체가 지구에 일으킨 변화로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넓은 바다를 통째로 없앴다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산소를 내뿜어 대기를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뜨거운 태양을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지구를 차갑게 식혔다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영상이 전하는 핵심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우주는 인간과 아무 관계가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지구는 별로 특별할 것 없는 흔한 행성이다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우리는 별의 후손이자 우주의 결과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생명은 정해진 대로만 만들어진다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지구에 생명이 탄생하기까지 작용한 '우주적 우연'을 두 가지 이상 들고, 그것이 왜 놀라운지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"138억 년 우주 역사가 바로 당신을 위해 존재했다"는 말에 대한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빅뱅에서 지구까지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빅뱅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138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원자가 생기고 빛이 퍼짐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새 물질을 퍼뜨려 별의 재료가 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핵융합이 일어나서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지구의 자기장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태양과의 거리가 알맞아서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태양과의 거리가 알맞아 액체 상태의 바다가 있고, 생명체가 숨 쉴 수 있는 공기(대기)가 있기 때문이다. · (평가) 지구가 특별한 까닭을 두 가지 이상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수많은 우연과 긴 시간이 겹쳐 내가 존재한다는 것이 신기하고, 나와 지구가 더 소중하게 느껴졌다. · (평가) 우주적 관점에서 느낀 점을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우리는 별의 후손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한 점에서 시작된 팽창, 시공간 탄생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핵융합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입자가 조금 더 많은 비대칭 덕분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자기장이 방어막이 되어서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유기물이 반응해 세포가 생김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산소를 내뿜어 대기를 만듦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우리는 별의 후손이자 우주의 결과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태양과의 절묘한 거리, 운석이 실어 온 물과 유기물, 자기장의 보호 등 어느 하나만 어긋났어도 생명이 없었을 텐데 모두 갖춰진 점이 놀랍다. · (평가) 우연 요소를 두 가지 이상 들고 그 의미를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과장처럼 들리지만, 그 긴 과정 중 하나라도 빠졌다면 내가 없었을 테니, 나와 모든 생명이 그만큼 소중하다는 뜻으로 느껴진다. · (평가) 문장의 의미를 자기 관점으로 해석했는지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