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빅뱅에서 다누리까지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빅뱅으로 시작된 우주의 탄생과 태양계의 원리, 그리고 대한민국의 우주 탐사 도전을 다룬 다큐멘터리. 코페르니쿠스·갈릴레오의 지동설, 케플러·뉴턴의 법칙, 허블의 우주 팽창 발견과 우주배경복사로 정설이 된 빅뱅 이론, 그리고 한국 최초의 달 궤도선 '다누리'와 인공태양(KSTAR)까지 — 과학이 어떻게 인류의 세계관을 넓혀 왔는지 보여 준다.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은하들이 우리로부터 멀어지는 '적색편이' 현상을 통해 밝혀진 사실로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우주가 팽창하고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우주가 점점 줄어든다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우주는 변하지 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지구가 우주의 중심이다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은하들이 멀어지는 적색편이로 우주의 팽창을 발견한 천문학자는 '에드윈 ○○'입니다.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뉴턴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허블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케플러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갈릴레이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빅뱅 이론이 정설로 자리 잡는 데 결정적 증거가 된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둥근 달의 분화구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여러 행성의 색깔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수소·헬륨 비율과 배경복사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밤하늘에 빛나는 별의 전체 개수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태양이 막대한 에너지를 내는 원리로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장작 같은 나무를 태움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전기를 끌어다 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햇빛을 잔뜩 모음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수소→헬륨 핵융합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인류의 우주관·우주론이 발전한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뉴턴이 만유인력으로 행성 운동을 설명한다.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코페르니쿠스·갈릴레오가 지동설을 확립한다.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허블이 우주의 팽창을 발견한다.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우주배경복사로 빅뱅이 정설이 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대한민국 최초의 '달 궤도선'으로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다누리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누리호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나로호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천리안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달 탐사선 '다누리'의 과학적 성과로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저 멀리 붉은 화성에 착륙한다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 자원을 촬영·탐사한다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뜨거운 태양을 만든다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먼 별을 옮긴다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한국의 '인공태양(KSTAR)' 연구가 기대되는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진짜 태양을 그대로 대신할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빛을 잔뜩 저장해서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핵융합으로 새 에너지를 만들어서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달을 따뜻하게 데워서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인류가 빅뱅과 우주 팽창을 알아낸 과정을 보고, '과학적 증거'가 왜 중요한지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'다누리'에 이어 우리나라가 도전하면 좋을 우주 탐사 미션을 상상해, 무엇을 왜 탐사하고 싶은지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빅뱅에서 다누리까지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우주가 팽창하고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허블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수소·헬륨 비율과 배경복사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수소→헬륨 핵융합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ㄷ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다누리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달 자원을 촬영·탐사한다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핵융합으로 새 에너지를 만들어서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적색편이·우주배경복사 같은 관측 증거가 있었기에 빅뱅이 단순한 주장이 아니라 정설로 인정받을 수 있었듯, 과학은 증거로 뒷받침될 때 믿을 수 있기 때문이다. · (평가) 증거의 중요성을 사례와 함께 서술했는지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달에 기지를 세우기 위한 탐사 로봇을 보내, 헬륨-3 같은 미래 에너지 자원을 조사하고 싶다. 미래 에너지 문제를 풀 실마리가 될 수 있기 때문이다. · (평가) 탐사 대상과 까닭을 설득력 있게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