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나라마다 다른 크리스마스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영상에서 떠난 여행은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세계 크리스마스 여행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우리나라 한여름 바다 여행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깊은 바닷속 탐험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우주로 가는 여행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싱가포르에서 만난 특별한 크리스마스는?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비가 주룩주룩 오는 크리스마스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인공 눈 화이트 크리스마스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더운 여름 축제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조용한 크리스마스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독일 '자이펜' 마을은 무엇으로 유명한가요?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맛있는 피자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빠르게 달리는 자동차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호두까기 인형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커다란 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크리스마스 마켓에서 사람들이 함께 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하루 종일 집에서 늘어지게 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서로 싸워요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조용히 집에만 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음식 먹고 선물 사며 즐겨요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영국  ·          ·  트래펄가 광장의 큰 트리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싱가포르  ·          ·  슈퍼트리 쇼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독일  ·          ·  호두까기 인형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여러 나라 사람들이 크리스마스에 함께 느끼는 마음은?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함께 즐거움을 나눠요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혼자서 쓸쓸히 외로워해요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버럭 화를 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샘이 나서 토라져요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에스토니아 탈린에 모인 분들은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달리기 빠른 운동선수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세계의 산타클로스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씩씩한 군인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멋진 소방관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사람들은 크리스마스 트리에 무엇을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발로 차서 부숴요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쓰레기통에 휙 버려요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꾸미고 사진을 찍어요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바닥에 눕혀 둬요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이 영상을 보면 알 수 있는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크리스마스는 오직 한 나라만 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크리스마스는 재미없어요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크리스마스는 다 똑같아요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나라마다 다양한 모습이 있어요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내가 가 보고 싶은 나라의 크리스마스와, 그곳에서 하고 싶은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세계 크리스마스 여행기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세계 여러 나라의 크리스마스 문화와 풍경을 랜선으로 여행하는 특집 프로그램. 영국 런던의 트래펄가 트리와 2층버스 티타임, 싱가포르의 슈퍼트리 쇼와 인공 눈 화이트 크리스마스, 에스토니아 탈린의 아름다운 크리스마스 마켓과 산타 회의, 독일 드레스덴의 가장 오래된 마켓과 자이펜 호두까기 인형 마을, 스위스의 성 니콜라스 행진까지 — 나라마다 다른 전통과 축제를 만난다.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영국 런던 트래펄가 광장의 큰 크리스마스 트리에 담긴 이야기로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노르웨이가 보내는 트리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영국이 직접 키운 나무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저 멀리 싱가포르에서 보낸 트리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미국이 보낸 인공 나무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독일을 대표하는, 아기 예수를 상징하는 크리스마스 빵을 '○○○'이라고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바게트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슈톨렌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케이크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쿠키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싱가포르의 특별한 크리스마스로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뜨거운 사막 여행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울긋불긋 가을 단풍 구경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슈퍼트리 쇼와 인공 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화사한 벚꽃 축제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에스토니아 탈린의 크리스마스 마켓이 유명한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값이 가장 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그저 규모가 가장 크고 화려해서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음식이 하나도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아름답고 구시가지에서 열려서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영상 속 여행지를 소개된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에스토니아 탈린의 크리스마스 마켓.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영국 런던의 트리와 마켓.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독일 드레스덴과 자이펜.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싱가포르의 슈퍼트리 쇼.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독일 드레스덴의 크리스마스 마켓에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가장 오래된 마켓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아주 최근에 생긴 마켓이다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한여름에 열린다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오직 음식만 판다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독일 자이펜 마을의 특징으로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커다란 자동차 공장 마을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호두까기 인형 마을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농사를 짓는 마을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바닷가 마을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여러 나라의 다양한 크리스마스에서 찾을 수 있는 공통점으로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 똑같이 보낸다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혼자서 조용히 보낸다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함께 모여 축제를 즐긴다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이제 크리스마스가 아예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정리하기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영상에 나온 나라 중 한 곳을 골라, 그 나라 크리스마스의 특별한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나라마다 크리스마스 모습은 달라도 변하지 않는 '공통된 마음'은 무엇일지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문화로 떠나는 크리스마스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세계 여러 나라의 크리스마스 문화와 풍경을 랜선으로 여행하는 특집 프로그램. 영국 런던의 트래펄가 트리와 2층버스 티타임, 싱가포르의 슈퍼트리 쇼와 인공 눈 화이트 크리스마스, 에스토니아 탈린의 아름다운 크리스마스 마켓과 산타 회의, 독일 드레스덴의 가장 오래된 마켓과 자이펜 호두까기 인형 마을, 스위스의 성 니콜라스 행진까지 — 나라마다 다른 전통과 축제를 만난다.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영국 런던 트래펄가 광장 트리의 유래로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노르웨이의 감사 선물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영국 왕이 직접 심은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관광용으로 사 온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산속에서 자연히 자란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중세 구시가지 전체가 유네스코 세계문화유산으로 지정된, 유럽에서 가장 아름다운 크리스마스 마켓으로 꼽히는 에스토니아의 수도는 '○○'입니다.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런던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탈린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드레스덴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취리히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싱가포르가 '화이트 크리스마스'를 즐기는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겨울에 눈이 펑펑 많이 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외국에서 눈을 수입한다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인공 눈을 내리게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눈이 전혀 필요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독일 드레스덴 크리스마스 마켓의 특징으로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가장 최근에 생겼다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파는 음식이 하나도 없고 비싸다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한여름에 열린다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가장 오래된 마켓, 슈톨렌 축제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영상 속 여행지가 소개된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에스토니아 탈린.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영국 런던.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독일 드레스덴·자이펜.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싱가포르.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독일 자이펜 마을이 호두까기 인형 마을이 된 배경으로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광산업이 쇠퇴해 목공품을 만들어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처음부터 오직 인형만 만들어 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먼 외국에서 들여와서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농사를 못 지어서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스위스 취리히 인근 마을의 '성 니콜라스 행진'에서 사람들이 머리에 인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커다란 크리스마스 트리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빛나는 문 모양 장식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나무 호두까기 인형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펄럭이는 깃발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여러 나라의 크리스마스 풍습이 보여 주는 공통점으로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 같은 방식이라는 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그저 종교 행사일 뿐이라는 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공동체가 함께 즐기는 축제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아주 최근에 생겼다는 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정리하기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영상에 나온 나라들의 크리스마스를 비교해, '같은 점'과 '다른 점'을 각각 하나씩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나라마다 다른 문화를 여행으로 만나는 것이 우리에게 주는 의미를 자신의 생각으로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나라마다 다른 크리스마스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세계 크리스마스 여행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인공 눈 화이트 크리스마스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호두까기 인형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음식 먹고 선물 사며 즐겨요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영국-큰 트리 / 싱가포르-슈퍼트리 쇼 / 독일-호두까기 인형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함께 즐거움을 나눠요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세계의 산타클로스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꾸미고 사진을 찍어요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나라마다 다양한 모습이 있어요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눈 내리는 독일의 크리스마스 마켓에 가서 호두까기 인형을 구경하고 따뜻한 간식을 먹고 싶다. · (평가) 가고 싶은 곳과 하고 싶은 일을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세계 크리스마스 여행기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노르웨이가 보내는 트리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슈톨렌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슈퍼트리 쇼와 인공 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아름답고 구시가지에서 열려서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가장 오래된 마켓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호두까기 인형 마을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함께 모여 축제를 즐긴다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싱가포르는 더운 나라지만 인공 눈을 내리게 해 화이트 크리스마스를 즐기고, 슈퍼트리 쇼로 화려한 빛을 보여 준다. · (평가) 특정 나라의 특징을 구체적으로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풍습은 달라도 가족·이웃과 함께 모여 한 해를 따뜻하게 마무리하고 기쁨을 나누려는 마음은 같다. · (평가) 다양성 속 공통점을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문화로 떠나는 크리스마스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노르웨이의 감사 선물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탈린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인공 눈을 내리게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가장 오래된 마켓, 슈톨렌 축제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광산업이 쇠퇴해 목공품을 만들어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빛나는 문 모양 장식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공동체가 함께 즐기는 축제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다른 점은 싱가포르는 인공 눈, 독일은 오래된 마켓과 슈톨렌처럼 풍습이 제각각이라는 것이고, 같은 점은 모두 가족·이웃과 모여 축제를 즐긴다는 것이다. · (평가) 공통점과 차이점을 각각 들었는지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다른 나라의 크리스마스를 보면 문화의 다양함을 이해하게 되고, 서로 다른 모습도 존중하는 넓은 마음을 가질 수 있다. · (평가) 문화 다양성의 의미를 자기 말로 서술했는지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