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그 시절 크리스마스</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1980년대 대한민국의 성탄절 풍경을 담은 기록 영상. 선물과 트리를 기대하는 아이들, 거리에서 산타 모자를 팔고 불우이웃 돕기 성금을 모으는 모습, 직접 사서 보내던 종이 크리스마스 카드(음악 카드·수제 카드·크리스마스 씰)와 쉬는 날에도 카드를 배달한 집배원들의 노고, 산타로 분장한 어른의 방문까지 — 디지털 이전의 아날로그적이고 정겨운 성탄절을 보여 준다.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 영상이 보여 주는 것은 무엇인가요?</w:t>
      </w:r>
    </w:p>
    <w:p>
      <w:pPr>
        <w:ind w:left="320"/>
      </w:pPr>
      <w:r>
        <w:rPr>
          <w:rFonts w:ascii="맑은 고딕" w:hAnsi="맑은 고딕" w:eastAsia="맑은 고딕"/>
          <w:b w:val="0"/>
          <w:color w:val="4E5968"/>
          <w:sz w:val="22"/>
        </w:rPr>
        <w:t>① 1980년대 우리나라의 성탄절 풍경</w:t>
      </w:r>
    </w:p>
    <w:p>
      <w:pPr>
        <w:ind w:left="320"/>
      </w:pPr>
      <w:r>
        <w:rPr>
          <w:rFonts w:ascii="맑은 고딕" w:hAnsi="맑은 고딕" w:eastAsia="맑은 고딕"/>
          <w:b w:val="0"/>
          <w:color w:val="4E5968"/>
          <w:sz w:val="22"/>
        </w:rPr>
        <w:t>② 저 멀고 먼 외국의 한여름 바닷가 축제</w:t>
      </w:r>
    </w:p>
    <w:p>
      <w:pPr>
        <w:ind w:left="320"/>
      </w:pPr>
      <w:r>
        <w:rPr>
          <w:rFonts w:ascii="맑은 고딕" w:hAnsi="맑은 고딕" w:eastAsia="맑은 고딕"/>
          <w:b w:val="0"/>
          <w:color w:val="4E5968"/>
          <w:sz w:val="22"/>
        </w:rPr>
        <w:t>③ 눈부신 미래의 첨단 도시</w:t>
      </w:r>
    </w:p>
    <w:p>
      <w:pPr>
        <w:ind w:left="320"/>
      </w:pPr>
      <w:r>
        <w:rPr>
          <w:rFonts w:ascii="맑은 고딕" w:hAnsi="맑은 고딕" w:eastAsia="맑은 고딕"/>
          <w:b w:val="0"/>
          <w:color w:val="4E5968"/>
          <w:sz w:val="22"/>
        </w:rPr>
        <w:t>④ 우주 탐사</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지금은 휴대전화 메시지로 대신하지만, 80년대에는 종이 '크리스마스 ○○'를 직접 사서 보냈습니다. 빈칸에 알맞은 말은?</w:t>
      </w:r>
    </w:p>
    <w:p>
      <w:pPr>
        <w:ind w:left="320"/>
      </w:pPr>
      <w:r>
        <w:rPr>
          <w:rFonts w:ascii="맑은 고딕" w:hAnsi="맑은 고딕" w:eastAsia="맑은 고딕"/>
          <w:b w:val="0"/>
          <w:color w:val="4E5968"/>
          <w:sz w:val="22"/>
        </w:rPr>
        <w:t>① 엽서</w:t>
      </w:r>
    </w:p>
    <w:p>
      <w:pPr>
        <w:ind w:left="320"/>
      </w:pPr>
      <w:r>
        <w:rPr>
          <w:rFonts w:ascii="맑은 고딕" w:hAnsi="맑은 고딕" w:eastAsia="맑은 고딕"/>
          <w:b w:val="0"/>
          <w:color w:val="4E5968"/>
          <w:sz w:val="22"/>
        </w:rPr>
        <w:t>② 카드</w:t>
      </w:r>
    </w:p>
    <w:p>
      <w:pPr>
        <w:ind w:left="320"/>
      </w:pPr>
      <w:r>
        <w:rPr>
          <w:rFonts w:ascii="맑은 고딕" w:hAnsi="맑은 고딕" w:eastAsia="맑은 고딕"/>
          <w:b w:val="0"/>
          <w:color w:val="4E5968"/>
          <w:sz w:val="22"/>
        </w:rPr>
        <w:t>③ 편지</w:t>
      </w:r>
    </w:p>
    <w:p>
      <w:pPr>
        <w:ind w:left="320"/>
      </w:pPr>
      <w:r>
        <w:rPr>
          <w:rFonts w:ascii="맑은 고딕" w:hAnsi="맑은 고딕" w:eastAsia="맑은 고딕"/>
          <w:b w:val="0"/>
          <w:color w:val="4E5968"/>
          <w:sz w:val="22"/>
        </w:rPr>
        <w:t>④ 선물</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80년대 거리에서 성탄절을 맞아 팔던 것으로 알맞은 것은?</w:t>
      </w:r>
    </w:p>
    <w:p>
      <w:pPr>
        <w:ind w:left="320"/>
      </w:pPr>
      <w:r>
        <w:rPr>
          <w:rFonts w:ascii="맑은 고딕" w:hAnsi="맑은 고딕" w:eastAsia="맑은 고딕"/>
          <w:b w:val="0"/>
          <w:color w:val="4E5968"/>
          <w:sz w:val="22"/>
        </w:rPr>
        <w:t>① 최신 휴대전화</w:t>
      </w:r>
    </w:p>
    <w:p>
      <w:pPr>
        <w:ind w:left="320"/>
      </w:pPr>
      <w:r>
        <w:rPr>
          <w:rFonts w:ascii="맑은 고딕" w:hAnsi="맑은 고딕" w:eastAsia="맑은 고딕"/>
          <w:b w:val="0"/>
          <w:color w:val="4E5968"/>
          <w:sz w:val="22"/>
        </w:rPr>
        <w:t>② 컴퓨터</w:t>
      </w:r>
    </w:p>
    <w:p>
      <w:pPr>
        <w:ind w:left="320"/>
      </w:pPr>
      <w:r>
        <w:rPr>
          <w:rFonts w:ascii="맑은 고딕" w:hAnsi="맑은 고딕" w:eastAsia="맑은 고딕"/>
          <w:b w:val="0"/>
          <w:color w:val="4E5968"/>
          <w:sz w:val="22"/>
        </w:rPr>
        <w:t>③ 산타 모자</w:t>
      </w:r>
    </w:p>
    <w:p>
      <w:pPr>
        <w:ind w:left="320"/>
      </w:pPr>
      <w:r>
        <w:rPr>
          <w:rFonts w:ascii="맑은 고딕" w:hAnsi="맑은 고딕" w:eastAsia="맑은 고딕"/>
          <w:b w:val="0"/>
          <w:color w:val="4E5968"/>
          <w:sz w:val="22"/>
        </w:rPr>
        <w:t>④ 자동차</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성탄절을 맞아 사람들이 함께한 '나눔'의 모습으로 알맞은 것은?</w:t>
      </w:r>
    </w:p>
    <w:p>
      <w:pPr>
        <w:ind w:left="320"/>
      </w:pPr>
      <w:r>
        <w:rPr>
          <w:rFonts w:ascii="맑은 고딕" w:hAnsi="맑은 고딕" w:eastAsia="맑은 고딕"/>
          <w:b w:val="0"/>
          <w:color w:val="4E5968"/>
          <w:sz w:val="22"/>
        </w:rPr>
        <w:t>① 받은 선물을 서로 자랑하기</w:t>
      </w:r>
    </w:p>
    <w:p>
      <w:pPr>
        <w:ind w:left="320"/>
      </w:pPr>
      <w:r>
        <w:rPr>
          <w:rFonts w:ascii="맑은 고딕" w:hAnsi="맑은 고딕" w:eastAsia="맑은 고딕"/>
          <w:b w:val="0"/>
          <w:color w:val="4E5968"/>
          <w:sz w:val="22"/>
        </w:rPr>
        <w:t>② 혼자 즐기기</w:t>
      </w:r>
    </w:p>
    <w:p>
      <w:pPr>
        <w:ind w:left="320"/>
      </w:pPr>
      <w:r>
        <w:rPr>
          <w:rFonts w:ascii="맑은 고딕" w:hAnsi="맑은 고딕" w:eastAsia="맑은 고딕"/>
          <w:b w:val="0"/>
          <w:color w:val="4E5968"/>
          <w:sz w:val="22"/>
        </w:rPr>
        <w:t>③ 물건 버리기</w:t>
      </w:r>
    </w:p>
    <w:p>
      <w:pPr>
        <w:ind w:left="320"/>
      </w:pPr>
      <w:r>
        <w:rPr>
          <w:rFonts w:ascii="맑은 고딕" w:hAnsi="맑은 고딕" w:eastAsia="맑은 고딕"/>
          <w:b w:val="0"/>
          <w:color w:val="4E5968"/>
          <w:sz w:val="22"/>
        </w:rPr>
        <w:t>④ 불우이웃 돕기 성금 모금</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80년대 크리스마스 카드와 관련해 일어난 일을 순서대로 기호를 써 보세요.</w:t>
      </w:r>
    </w:p>
    <w:p>
      <w:pPr>
        <w:ind w:left="320"/>
      </w:pPr>
      <w:r>
        <w:rPr>
          <w:rFonts w:ascii="맑은 고딕" w:hAnsi="맑은 고딕" w:eastAsia="맑은 고딕"/>
          <w:b w:val="0"/>
          <w:color w:val="333D4B"/>
          <w:sz w:val="22"/>
        </w:rPr>
        <w:t>ㄱ. 사람들이 카드를 사서 정성껏 써 보낸다.</w:t>
      </w:r>
    </w:p>
    <w:p>
      <w:pPr>
        <w:ind w:left="320"/>
      </w:pPr>
      <w:r>
        <w:rPr>
          <w:rFonts w:ascii="맑은 고딕" w:hAnsi="맑은 고딕" w:eastAsia="맑은 고딕"/>
          <w:b w:val="0"/>
          <w:color w:val="333D4B"/>
          <w:sz w:val="22"/>
        </w:rPr>
        <w:t>ㄴ. 음악 카드·수제 카드가 새롭게 인기를 끈다.</w:t>
      </w:r>
    </w:p>
    <w:p>
      <w:pPr>
        <w:ind w:left="320"/>
      </w:pPr>
      <w:r>
        <w:rPr>
          <w:rFonts w:ascii="맑은 고딕" w:hAnsi="맑은 고딕" w:eastAsia="맑은 고딕"/>
          <w:b w:val="0"/>
          <w:color w:val="333D4B"/>
          <w:sz w:val="22"/>
        </w:rPr>
        <w:t>ㄷ. 집배원들이 쉬는 날에도 카드를 배달한다.</w:t>
      </w:r>
    </w:p>
    <w:p>
      <w:pPr>
        <w:ind w:left="320"/>
      </w:pPr>
      <w:r>
        <w:rPr>
          <w:rFonts w:ascii="맑은 고딕" w:hAnsi="맑은 고딕" w:eastAsia="맑은 고딕"/>
          <w:b w:val="0"/>
          <w:color w:val="333D4B"/>
          <w:sz w:val="22"/>
        </w:rPr>
        <w:t>ㄹ. 카드가 각 가정에 제때 전달된다.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마이크로칩이 들어간 '음악 카드'가 인기를 끈 까닭으로 알맞은 것은?</w:t>
      </w:r>
    </w:p>
    <w:p>
      <w:pPr>
        <w:ind w:left="320"/>
      </w:pPr>
      <w:r>
        <w:rPr>
          <w:rFonts w:ascii="맑은 고딕" w:hAnsi="맑은 고딕" w:eastAsia="맑은 고딕"/>
          <w:b w:val="0"/>
          <w:color w:val="4E5968"/>
          <w:sz w:val="22"/>
        </w:rPr>
        <w:t>① 음악이 흘러나오는 새로움 때문</w:t>
      </w:r>
    </w:p>
    <w:p>
      <w:pPr>
        <w:ind w:left="320"/>
      </w:pPr>
      <w:r>
        <w:rPr>
          <w:rFonts w:ascii="맑은 고딕" w:hAnsi="맑은 고딕" w:eastAsia="맑은 고딕"/>
          <w:b w:val="0"/>
          <w:color w:val="4E5968"/>
          <w:sz w:val="22"/>
        </w:rPr>
        <w:t>② 그저 값이 아주 싸고 흔했기 때문에</w:t>
      </w:r>
    </w:p>
    <w:p>
      <w:pPr>
        <w:ind w:left="320"/>
      </w:pPr>
      <w:r>
        <w:rPr>
          <w:rFonts w:ascii="맑은 고딕" w:hAnsi="맑은 고딕" w:eastAsia="맑은 고딕"/>
          <w:b w:val="0"/>
          <w:color w:val="4E5968"/>
          <w:sz w:val="22"/>
        </w:rPr>
        <w:t>③ 글씨가 커서</w:t>
      </w:r>
    </w:p>
    <w:p>
      <w:pPr>
        <w:ind w:left="320"/>
      </w:pPr>
      <w:r>
        <w:rPr>
          <w:rFonts w:ascii="맑은 고딕" w:hAnsi="맑은 고딕" w:eastAsia="맑은 고딕"/>
          <w:b w:val="0"/>
          <w:color w:val="4E5968"/>
          <w:sz w:val="22"/>
        </w:rPr>
        <w:t>④ 그림이 없어서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크리스마스 카드를 배달하는 집배원에 대한 설명으로 알맞은 것은?</w:t>
      </w:r>
    </w:p>
    <w:p>
      <w:pPr>
        <w:ind w:left="320"/>
      </w:pPr>
      <w:r>
        <w:rPr>
          <w:rFonts w:ascii="맑은 고딕" w:hAnsi="맑은 고딕" w:eastAsia="맑은 고딕"/>
          <w:b w:val="0"/>
          <w:color w:val="4E5968"/>
          <w:sz w:val="22"/>
        </w:rPr>
        <w:t>① 받은 카드를 그냥 아무 데나 내다 버렸다</w:t>
      </w:r>
    </w:p>
    <w:p>
      <w:pPr>
        <w:ind w:left="320"/>
      </w:pPr>
      <w:r>
        <w:rPr>
          <w:rFonts w:ascii="맑은 고딕" w:hAnsi="맑은 고딕" w:eastAsia="맑은 고딕"/>
          <w:b w:val="0"/>
          <w:color w:val="4E5968"/>
          <w:sz w:val="22"/>
        </w:rPr>
        <w:t>② 쉬는 날에도 제때 전하려 애썼다</w:t>
      </w:r>
    </w:p>
    <w:p>
      <w:pPr>
        <w:ind w:left="320"/>
      </w:pPr>
      <w:r>
        <w:rPr>
          <w:rFonts w:ascii="맑은 고딕" w:hAnsi="맑은 고딕" w:eastAsia="맑은 고딕"/>
          <w:b w:val="0"/>
          <w:color w:val="4E5968"/>
          <w:sz w:val="22"/>
        </w:rPr>
        <w:t>③ 아예 일하지 않았다</w:t>
      </w:r>
    </w:p>
    <w:p>
      <w:pPr>
        <w:ind w:left="320"/>
      </w:pPr>
      <w:r>
        <w:rPr>
          <w:rFonts w:ascii="맑은 고딕" w:hAnsi="맑은 고딕" w:eastAsia="맑은 고딕"/>
          <w:b w:val="0"/>
          <w:color w:val="4E5968"/>
          <w:sz w:val="22"/>
        </w:rPr>
        <w:t>④ 일부러 늦게 전했다</w:t>
      </w:r>
    </w:p>
    <w:p>
      <w:pPr>
        <w:spacing w:before="240"/>
      </w:pPr>
      <w:r>
        <w:rPr>
          <w:rFonts w:ascii="맑은 고딕" w:hAnsi="맑은 고딕" w:eastAsia="맑은 고딕"/>
          <w:b/>
          <w:color w:val="8B95A1"/>
          <w:sz w:val="17"/>
        </w:rPr>
        <w:t xml:space="preserve">  주제 이해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이 영상에서 느낄 수 있는 80년대 성탄절의 분위기로 알맞은 것은?</w:t>
      </w:r>
    </w:p>
    <w:p>
      <w:pPr>
        <w:ind w:left="320"/>
      </w:pPr>
      <w:r>
        <w:rPr>
          <w:rFonts w:ascii="맑은 고딕" w:hAnsi="맑은 고딕" w:eastAsia="맑은 고딕"/>
          <w:b w:val="0"/>
          <w:color w:val="4E5968"/>
          <w:sz w:val="22"/>
        </w:rPr>
        <w:t>① 차갑고 외롭기만 한 쓸쓸한 분위기</w:t>
      </w:r>
    </w:p>
    <w:p>
      <w:pPr>
        <w:ind w:left="320"/>
      </w:pPr>
      <w:r>
        <w:rPr>
          <w:rFonts w:ascii="맑은 고딕" w:hAnsi="맑은 고딕" w:eastAsia="맑은 고딕"/>
          <w:b w:val="0"/>
          <w:color w:val="4E5968"/>
          <w:sz w:val="22"/>
        </w:rPr>
        <w:t>② 미래적인 분위기</w:t>
      </w:r>
    </w:p>
    <w:p>
      <w:pPr>
        <w:ind w:left="320"/>
      </w:pPr>
      <w:r>
        <w:rPr>
          <w:rFonts w:ascii="맑은 고딕" w:hAnsi="맑은 고딕" w:eastAsia="맑은 고딕"/>
          <w:b w:val="0"/>
          <w:color w:val="4E5968"/>
          <w:sz w:val="22"/>
        </w:rPr>
        <w:t>③ 아날로그적이고 정겨운 분위기</w:t>
      </w:r>
    </w:p>
    <w:p>
      <w:pPr>
        <w:ind w:left="320"/>
      </w:pPr>
      <w:r>
        <w:rPr>
          <w:rFonts w:ascii="맑은 고딕" w:hAnsi="맑은 고딕" w:eastAsia="맑은 고딕"/>
          <w:b w:val="0"/>
          <w:color w:val="4E5968"/>
          <w:sz w:val="22"/>
        </w:rPr>
        <w:t>④ 시끄럽기만 한 분위기</w:t>
      </w:r>
    </w:p>
    <w:p>
      <w:pPr>
        <w:spacing w:before="240"/>
      </w:pPr>
      <w:r>
        <w:rPr>
          <w:rFonts w:ascii="맑은 고딕" w:hAnsi="맑은 고딕" w:eastAsia="맑은 고딕"/>
          <w:b/>
          <w:color w:val="8B95A1"/>
          <w:sz w:val="17"/>
        </w:rPr>
        <w:t xml:space="preserve">  비교하기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종이 카드를 직접 써서 보내던 80년대와 메시지로 인사하는 오늘날을 비교해, 각각의 좋은 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표현하기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올해 크리스마스에 소중한 사람에게 마음을 전한다면 어떤 방법으로 무슨 말을 하고 싶은지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아날로그 성탄절의 정</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1980년대 대한민국의 성탄절 풍경을 담은 기록 영상. 선물과 트리를 기대하는 아이들, 거리에서 산타 모자를 팔고 불우이웃 돕기 성금을 모으는 모습, 직접 사서 보내던 종이 크리스마스 카드(음악 카드·수제 카드·크리스마스 씰)와 쉬는 날에도 카드를 배달한 집배원들의 노고, 산타로 분장한 어른의 방문까지 — 디지털 이전의 아날로그적이고 정겨운 성탄절을 보여 준다.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 영상의 성격으로 알맞은 것은?</w:t>
      </w:r>
    </w:p>
    <w:p>
      <w:pPr>
        <w:ind w:left="320"/>
      </w:pPr>
      <w:r>
        <w:rPr>
          <w:rFonts w:ascii="맑은 고딕" w:hAnsi="맑은 고딕" w:eastAsia="맑은 고딕"/>
          <w:b w:val="0"/>
          <w:color w:val="4E5968"/>
          <w:sz w:val="22"/>
        </w:rPr>
        <w:t>① 80년대 성탄절을 담은 기록 영상</w:t>
      </w:r>
    </w:p>
    <w:p>
      <w:pPr>
        <w:ind w:left="320"/>
      </w:pPr>
      <w:r>
        <w:rPr>
          <w:rFonts w:ascii="맑은 고딕" w:hAnsi="맑은 고딕" w:eastAsia="맑은 고딕"/>
          <w:b w:val="0"/>
          <w:color w:val="4E5968"/>
          <w:sz w:val="22"/>
        </w:rPr>
        <w:t>② 앞날을 미리 점쳐 보는 미래 예측 영상</w:t>
      </w:r>
    </w:p>
    <w:p>
      <w:pPr>
        <w:ind w:left="320"/>
      </w:pPr>
      <w:r>
        <w:rPr>
          <w:rFonts w:ascii="맑은 고딕" w:hAnsi="맑은 고딕" w:eastAsia="맑은 고딕"/>
          <w:b w:val="0"/>
          <w:color w:val="4E5968"/>
          <w:sz w:val="22"/>
        </w:rPr>
        <w:t>③ 먼 나라 외국 여행기</w:t>
      </w:r>
    </w:p>
    <w:p>
      <w:pPr>
        <w:ind w:left="320"/>
      </w:pPr>
      <w:r>
        <w:rPr>
          <w:rFonts w:ascii="맑은 고딕" w:hAnsi="맑은 고딕" w:eastAsia="맑은 고딕"/>
          <w:b w:val="0"/>
          <w:color w:val="4E5968"/>
          <w:sz w:val="22"/>
        </w:rPr>
        <w:t>④ 광고</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80년대에는 결핵 환자를 돕기 위해 크리스마스 무렵 '크리스마스 ○'을 사서 카드에 붙여 보냈습니다. 빈칸에 알맞은 한 글자는?</w:t>
      </w:r>
    </w:p>
    <w:p>
      <w:pPr>
        <w:ind w:left="320"/>
      </w:pPr>
      <w:r>
        <w:rPr>
          <w:rFonts w:ascii="맑은 고딕" w:hAnsi="맑은 고딕" w:eastAsia="맑은 고딕"/>
          <w:b w:val="0"/>
          <w:color w:val="4E5968"/>
          <w:sz w:val="22"/>
        </w:rPr>
        <w:t>① 꽃</w:t>
      </w:r>
    </w:p>
    <w:p>
      <w:pPr>
        <w:ind w:left="320"/>
      </w:pPr>
      <w:r>
        <w:rPr>
          <w:rFonts w:ascii="맑은 고딕" w:hAnsi="맑은 고딕" w:eastAsia="맑은 고딕"/>
          <w:b w:val="0"/>
          <w:color w:val="4E5968"/>
          <w:sz w:val="22"/>
        </w:rPr>
        <w:t>② 씰</w:t>
      </w:r>
    </w:p>
    <w:p>
      <w:pPr>
        <w:ind w:left="320"/>
      </w:pPr>
      <w:r>
        <w:rPr>
          <w:rFonts w:ascii="맑은 고딕" w:hAnsi="맑은 고딕" w:eastAsia="맑은 고딕"/>
          <w:b w:val="0"/>
          <w:color w:val="4E5968"/>
          <w:sz w:val="22"/>
        </w:rPr>
        <w:t>③ 별</w:t>
      </w:r>
    </w:p>
    <w:p>
      <w:pPr>
        <w:ind w:left="320"/>
      </w:pPr>
      <w:r>
        <w:rPr>
          <w:rFonts w:ascii="맑은 고딕" w:hAnsi="맑은 고딕" w:eastAsia="맑은 고딕"/>
          <w:b w:val="0"/>
          <w:color w:val="4E5968"/>
          <w:sz w:val="22"/>
        </w:rPr>
        <w:t>④ 종</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80년대 성탄절의 '나눔' 문화로 알맞은 것은?</w:t>
      </w:r>
    </w:p>
    <w:p>
      <w:pPr>
        <w:ind w:left="320"/>
      </w:pPr>
      <w:r>
        <w:rPr>
          <w:rFonts w:ascii="맑은 고딕" w:hAnsi="맑은 고딕" w:eastAsia="맑은 고딕"/>
          <w:b w:val="0"/>
          <w:color w:val="4E5968"/>
          <w:sz w:val="22"/>
        </w:rPr>
        <w:t>① 받은 선물을 서로 비교하는 경쟁</w:t>
      </w:r>
    </w:p>
    <w:p>
      <w:pPr>
        <w:ind w:left="320"/>
      </w:pPr>
      <w:r>
        <w:rPr>
          <w:rFonts w:ascii="맑은 고딕" w:hAnsi="맑은 고딕" w:eastAsia="맑은 고딕"/>
          <w:b w:val="0"/>
          <w:color w:val="4E5968"/>
          <w:sz w:val="22"/>
        </w:rPr>
        <w:t>② 물건 사재기</w:t>
      </w:r>
    </w:p>
    <w:p>
      <w:pPr>
        <w:ind w:left="320"/>
      </w:pPr>
      <w:r>
        <w:rPr>
          <w:rFonts w:ascii="맑은 고딕" w:hAnsi="맑은 고딕" w:eastAsia="맑은 고딕"/>
          <w:b w:val="0"/>
          <w:color w:val="4E5968"/>
          <w:sz w:val="22"/>
        </w:rPr>
        <w:t>③ 성금 모금과 크리스마스 씰 구매</w:t>
      </w:r>
    </w:p>
    <w:p>
      <w:pPr>
        <w:ind w:left="320"/>
      </w:pPr>
      <w:r>
        <w:rPr>
          <w:rFonts w:ascii="맑은 고딕" w:hAnsi="맑은 고딕" w:eastAsia="맑은 고딕"/>
          <w:b w:val="0"/>
          <w:color w:val="4E5968"/>
          <w:sz w:val="22"/>
        </w:rPr>
        <w:t>④ 혼자만의 파티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당시 새롭게 인기를 끈 카드로 알맞은 것은?</w:t>
      </w:r>
    </w:p>
    <w:p>
      <w:pPr>
        <w:ind w:left="320"/>
      </w:pPr>
      <w:r>
        <w:rPr>
          <w:rFonts w:ascii="맑은 고딕" w:hAnsi="맑은 고딕" w:eastAsia="맑은 고딕"/>
          <w:b w:val="0"/>
          <w:color w:val="4E5968"/>
          <w:sz w:val="22"/>
        </w:rPr>
        <w:t>① 주고받는 전자우편</w:t>
      </w:r>
    </w:p>
    <w:p>
      <w:pPr>
        <w:ind w:left="320"/>
      </w:pPr>
      <w:r>
        <w:rPr>
          <w:rFonts w:ascii="맑은 고딕" w:hAnsi="맑은 고딕" w:eastAsia="맑은 고딕"/>
          <w:b w:val="0"/>
          <w:color w:val="4E5968"/>
          <w:sz w:val="22"/>
        </w:rPr>
        <w:t>② 한 편의 영상 편지</w:t>
      </w:r>
    </w:p>
    <w:p>
      <w:pPr>
        <w:ind w:left="320"/>
      </w:pPr>
      <w:r>
        <w:rPr>
          <w:rFonts w:ascii="맑은 고딕" w:hAnsi="맑은 고딕" w:eastAsia="맑은 고딕"/>
          <w:b w:val="0"/>
          <w:color w:val="4E5968"/>
          <w:sz w:val="22"/>
        </w:rPr>
        <w:t>③ 주고받는 휴대전화 문자 메시지 알림</w:t>
      </w:r>
    </w:p>
    <w:p>
      <w:pPr>
        <w:ind w:left="320"/>
      </w:pPr>
      <w:r>
        <w:rPr>
          <w:rFonts w:ascii="맑은 고딕" w:hAnsi="맑은 고딕" w:eastAsia="맑은 고딕"/>
          <w:b w:val="0"/>
          <w:color w:val="4E5968"/>
          <w:sz w:val="22"/>
        </w:rPr>
        <w:t>④ 음악 카드와 손수 만든 수제 카드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크리스마스 카드가 전해지는 과정을 순서대로 기호를 써 보세요.</w:t>
      </w:r>
    </w:p>
    <w:p>
      <w:pPr>
        <w:ind w:left="320"/>
      </w:pPr>
      <w:r>
        <w:rPr>
          <w:rFonts w:ascii="맑은 고딕" w:hAnsi="맑은 고딕" w:eastAsia="맑은 고딕"/>
          <w:b w:val="0"/>
          <w:color w:val="333D4B"/>
          <w:sz w:val="22"/>
        </w:rPr>
        <w:t>ㄱ. 우체국에 평소의 두 배가 넘는 카드가 몰린다.</w:t>
      </w:r>
    </w:p>
    <w:p>
      <w:pPr>
        <w:ind w:left="320"/>
      </w:pPr>
      <w:r>
        <w:rPr>
          <w:rFonts w:ascii="맑은 고딕" w:hAnsi="맑은 고딕" w:eastAsia="맑은 고딕"/>
          <w:b w:val="0"/>
          <w:color w:val="333D4B"/>
          <w:sz w:val="22"/>
        </w:rPr>
        <w:t>ㄴ. 사람들이 카드를 정성껏 써서 부친다.</w:t>
      </w:r>
    </w:p>
    <w:p>
      <w:pPr>
        <w:ind w:left="320"/>
      </w:pPr>
      <w:r>
        <w:rPr>
          <w:rFonts w:ascii="맑은 고딕" w:hAnsi="맑은 고딕" w:eastAsia="맑은 고딕"/>
          <w:b w:val="0"/>
          <w:color w:val="333D4B"/>
          <w:sz w:val="22"/>
        </w:rPr>
        <w:t>ㄷ. 집배원들이 쉬는 날에도 나와 배달한다.</w:t>
      </w:r>
    </w:p>
    <w:p>
      <w:pPr>
        <w:ind w:left="320"/>
      </w:pPr>
      <w:r>
        <w:rPr>
          <w:rFonts w:ascii="맑은 고딕" w:hAnsi="맑은 고딕" w:eastAsia="맑은 고딕"/>
          <w:b w:val="0"/>
          <w:color w:val="333D4B"/>
          <w:sz w:val="22"/>
        </w:rPr>
        <w:t>ㄹ. 성탄절에 맞춰 각 가정에 전달된다.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집배원들이 쉬는 날에도 일한 까닭으로 알맞은 것은?</w:t>
      </w:r>
    </w:p>
    <w:p>
      <w:pPr>
        <w:ind w:left="320"/>
      </w:pPr>
      <w:r>
        <w:rPr>
          <w:rFonts w:ascii="맑은 고딕" w:hAnsi="맑은 고딕" w:eastAsia="맑은 고딕"/>
          <w:b w:val="0"/>
          <w:color w:val="4E5968"/>
          <w:sz w:val="22"/>
        </w:rPr>
        <w:t>① 제때 받아야 의미가 있어서</w:t>
      </w:r>
    </w:p>
    <w:p>
      <w:pPr>
        <w:ind w:left="320"/>
      </w:pPr>
      <w:r>
        <w:rPr>
          <w:rFonts w:ascii="맑은 고딕" w:hAnsi="맑은 고딕" w:eastAsia="맑은 고딕"/>
          <w:b w:val="0"/>
          <w:color w:val="4E5968"/>
          <w:sz w:val="22"/>
        </w:rPr>
        <w:t>② 그저 돈을 조금이라도 더 벌려고</w:t>
      </w:r>
    </w:p>
    <w:p>
      <w:pPr>
        <w:ind w:left="320"/>
      </w:pPr>
      <w:r>
        <w:rPr>
          <w:rFonts w:ascii="맑은 고딕" w:hAnsi="맑은 고딕" w:eastAsia="맑은 고딕"/>
          <w:b w:val="0"/>
          <w:color w:val="4E5968"/>
          <w:sz w:val="22"/>
        </w:rPr>
        <w:t>③ 강제로 시켜서</w:t>
      </w:r>
    </w:p>
    <w:p>
      <w:pPr>
        <w:ind w:left="320"/>
      </w:pPr>
      <w:r>
        <w:rPr>
          <w:rFonts w:ascii="맑은 고딕" w:hAnsi="맑은 고딕" w:eastAsia="맑은 고딕"/>
          <w:b w:val="0"/>
          <w:color w:val="4E5968"/>
          <w:sz w:val="22"/>
        </w:rPr>
        <w:t>④ 할 일이 없어서</w:t>
      </w:r>
    </w:p>
    <w:p>
      <w:pPr>
        <w:spacing w:before="240"/>
      </w:pPr>
      <w:r>
        <w:rPr>
          <w:rFonts w:ascii="맑은 고딕" w:hAnsi="맑은 고딕" w:eastAsia="맑은 고딕"/>
          <w:b/>
          <w:color w:val="8B95A1"/>
          <w:sz w:val="17"/>
        </w:rPr>
        <w:t xml:space="preserve">  비교하기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디지털 시대인 오늘날과 비교할 때 80년대 성탄절 카드 문화의 특징으로 알맞은 것은?</w:t>
      </w:r>
    </w:p>
    <w:p>
      <w:pPr>
        <w:ind w:left="320"/>
      </w:pPr>
      <w:r>
        <w:rPr>
          <w:rFonts w:ascii="맑은 고딕" w:hAnsi="맑은 고딕" w:eastAsia="맑은 고딕"/>
          <w:b w:val="0"/>
          <w:color w:val="4E5968"/>
          <w:sz w:val="22"/>
        </w:rPr>
        <w:t>① 눈 깜짝할 새 즉시 전송되는 편리함</w:t>
      </w:r>
    </w:p>
    <w:p>
      <w:pPr>
        <w:ind w:left="320"/>
      </w:pPr>
      <w:r>
        <w:rPr>
          <w:rFonts w:ascii="맑은 고딕" w:hAnsi="맑은 고딕" w:eastAsia="맑은 고딕"/>
          <w:b w:val="0"/>
          <w:color w:val="4E5968"/>
          <w:sz w:val="22"/>
        </w:rPr>
        <w:t>② 손으로 써 보내는 아날로그적 정성</w:t>
      </w:r>
    </w:p>
    <w:p>
      <w:pPr>
        <w:ind w:left="320"/>
      </w:pPr>
      <w:r>
        <w:rPr>
          <w:rFonts w:ascii="맑은 고딕" w:hAnsi="맑은 고딕" w:eastAsia="맑은 고딕"/>
          <w:b w:val="0"/>
          <w:color w:val="4E5968"/>
          <w:sz w:val="22"/>
        </w:rPr>
        <w:t>③ 공짜로 보낼 수 있다는 점</w:t>
      </w:r>
    </w:p>
    <w:p>
      <w:pPr>
        <w:ind w:left="320"/>
      </w:pPr>
      <w:r>
        <w:rPr>
          <w:rFonts w:ascii="맑은 고딕" w:hAnsi="맑은 고딕" w:eastAsia="맑은 고딕"/>
          <w:b w:val="0"/>
          <w:color w:val="4E5968"/>
          <w:sz w:val="22"/>
        </w:rPr>
        <w:t>④ 익명성</w:t>
      </w:r>
    </w:p>
    <w:p>
      <w:pPr>
        <w:spacing w:before="240"/>
      </w:pPr>
      <w:r>
        <w:rPr>
          <w:rFonts w:ascii="맑은 고딕" w:hAnsi="맑은 고딕" w:eastAsia="맑은 고딕"/>
          <w:b/>
          <w:color w:val="8B95A1"/>
          <w:sz w:val="17"/>
        </w:rPr>
        <w:t xml:space="preserve">  주제 이해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이 영상이 전하는 분위기와 가치로 가장 알맞은 것은?</w:t>
      </w:r>
    </w:p>
    <w:p>
      <w:pPr>
        <w:ind w:left="320"/>
      </w:pPr>
      <w:r>
        <w:rPr>
          <w:rFonts w:ascii="맑은 고딕" w:hAnsi="맑은 고딕" w:eastAsia="맑은 고딕"/>
          <w:b w:val="0"/>
          <w:color w:val="4E5968"/>
          <w:sz w:val="22"/>
        </w:rPr>
        <w:t>① 남보다 앞서려는 치열한 경쟁과 과시</w:t>
      </w:r>
    </w:p>
    <w:p>
      <w:pPr>
        <w:ind w:left="320"/>
      </w:pPr>
      <w:r>
        <w:rPr>
          <w:rFonts w:ascii="맑은 고딕" w:hAnsi="맑은 고딕" w:eastAsia="맑은 고딕"/>
          <w:b w:val="0"/>
          <w:color w:val="4E5968"/>
          <w:sz w:val="22"/>
        </w:rPr>
        <w:t>② 외로움</w:t>
      </w:r>
    </w:p>
    <w:p>
      <w:pPr>
        <w:ind w:left="320"/>
      </w:pPr>
      <w:r>
        <w:rPr>
          <w:rFonts w:ascii="맑은 고딕" w:hAnsi="맑은 고딕" w:eastAsia="맑은 고딕"/>
          <w:b w:val="0"/>
          <w:color w:val="4E5968"/>
          <w:sz w:val="22"/>
        </w:rPr>
        <w:t>③ 가족·이웃 간의 따뜻한 정과 나눔</w:t>
      </w:r>
    </w:p>
    <w:p>
      <w:pPr>
        <w:ind w:left="320"/>
      </w:pPr>
      <w:r>
        <w:rPr>
          <w:rFonts w:ascii="맑은 고딕" w:hAnsi="맑은 고딕" w:eastAsia="맑은 고딕"/>
          <w:b w:val="0"/>
          <w:color w:val="4E5968"/>
          <w:sz w:val="22"/>
        </w:rPr>
        <w:t>④ 빠른 속도</w:t>
      </w:r>
    </w:p>
    <w:p>
      <w:pPr>
        <w:spacing w:before="240"/>
      </w:pPr>
      <w:r>
        <w:rPr>
          <w:rFonts w:ascii="맑은 고딕" w:hAnsi="맑은 고딕" w:eastAsia="맑은 고딕"/>
          <w:b/>
          <w:color w:val="8B95A1"/>
          <w:sz w:val="17"/>
        </w:rPr>
        <w:t xml:space="preserve">  주제 심화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시대가 바뀌어도 변하지 않는 '크리스마스의 마음'은 무엇일지, 80년대와 오늘을 견주어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편리한 디지털 시대에 '손글씨 카드' 같은 아날로그 방식이 여전히 의미 있는 까닭을 자신의 생각으로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그 시절 크리스마스</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1980년대 우리나라의 성탄절 풍경</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카드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산타 모자</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불우이웃 돕기 성금 모금</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음악이 흘러나오는 새로움 때문</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쉬는 날에도 제때 전하려 애썼다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아날로그적이고 정겨운 분위기</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종이 카드는 정성과 손글씨의 따뜻함이 있고, 오늘날 메시지는 빠르고 편리하다. · (평가) 두 시대의 좋은 점을 비교했는지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할머니께 손글씨 카드를 써서 "건강하세요, 사랑해요"라고 마음을 전하고 싶다. · (평가) 마음을 전하는 방법과 내용을 구체적으로 적었는지 봐 주세요.</w:t>
      </w:r>
    </w:p>
    <w:p>
      <w:r>
        <w:br w:type="page"/>
      </w:r>
    </w:p>
    <w:p>
      <w:pPr>
        <w:spacing w:before="160"/>
      </w:pPr>
      <w:r>
        <w:rPr>
          <w:rFonts w:ascii="맑은 고딕" w:hAnsi="맑은 고딕" w:eastAsia="맑은 고딕"/>
          <w:b/>
          <w:color w:val="2272EB"/>
          <w:sz w:val="26"/>
        </w:rPr>
        <w:t>[고학년] 아날로그 성탄절의 정</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80년대 성탄절을 담은 기록 영상</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씰</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성금 모금과 크리스마스 씰 구매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음악 카드와 손수 만든 수제 카드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제때 받아야 의미가 있어서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손으로 써 보내는 아날로그적 정성</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가족·이웃 간의 따뜻한 정과 나눔</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방식은 카드에서 메시지로 바뀌었지만, 소중한 사람에게 마음을 전하고 이웃과 나누려는 따뜻한 마음은 예나 지금이나 같다. · (평가) 시대 변화 속 변하지 않는 가치를 서술했는지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직접 고르고 쓴 카드에는 시간과 정성이 담겨, 받는 사람에게 더 깊은 마음과 따뜻함을 전할 수 있기 때문이다. · (평가) 아날로그 방식의 가치를 자기 말로 설명했는지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