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맑은 고딕" w:hAnsi="맑은 고딕" w:eastAsia="맑은 고딕"/>
          <w:b/>
          <w:color w:val="2272EB"/>
          <w:sz w:val="19"/>
        </w:rPr>
        <w:t xml:space="preserve">[초등 저학년용]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크리스마스는 어떤 날?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골라 보기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크리스마스는 누구의 탄생을 축하하기 위해 생겨난 날인가요?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아기 예수님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멋진 산타클로스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임금님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장군님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골라 보기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'메리 크리스마스'에서 '메리'는 어떤 뜻인가요?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슬프다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기쁘다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춥다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무섭다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골라 보기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산타클로스의 유래가 된 사람은 누구인가요?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옛날 임금님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용감하고 씩씩한 장군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세인트 니콜라스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마을 이장님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골라 보기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세인트 니콜라스가 굴뚝으로 던진 돈주머니는 어디로 들어갔나요?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신발 속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책가방 속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바지 주머니 속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양말 속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알맞게 줄 긋기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알맞은 것끼리 연결해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크리스마스  ·          ·  아기 예수님 탄생을 축하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산타클로스  ·          ·  세인트 니콜라스에서 유래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메리  ·          ·  기쁘다는 뜻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골라 보기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다은이가 크리스마스에 하기로 다짐한 일은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사랑을 나누는 산타 되기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비싼 선물만 욕심껏 잔뜩 받기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하루 종일 잠자기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장난감 자랑하기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골라 보기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세인트 니콜라스가 따른 예수님의 가르침은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그저 공부만 열심히 하라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이웃을 사랑하십시오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일찍 일찍 자라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돈을 많이 모아라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바르게 생각하기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크리스마스의 진정한 의미로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선물만 받는 날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하루 종일 잠만 자는 날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사랑을 나누는 날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돈을 많이 쓰는 날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골라 보기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다은이가 친구에게 하기로 한 것은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자꾸 놀리기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그냥 모른 척하기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괜히 멀리 피해 버리기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따뜻한 말 건네기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생각하고 쓰기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이번 크리스마스에 내가 '작은 산타'가 되어 사랑을 나눌 수 있는 일을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[초등 중학년용]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크리스마스의 유래와 참뜻</w:t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영상 미리보기  </w:t>
      </w:r>
      <w:r>
        <w:rPr>
          <w:rFonts w:ascii="맑은 고딕" w:hAnsi="맑은 고딕" w:eastAsia="맑은 고딕"/>
          <w:b w:val="0"/>
          <w:color w:val="4E5968"/>
          <w:sz w:val="19"/>
        </w:rPr>
        <w:t>크리스마스가 어떤 날인지 궁금한 다은이가 선생님께 그 유래와 의미를 배운다. 크리스마스는 약 2천 년 전 아기 예수의 탄생을 축하하며 생겨난 날이고, 산타클로스는 어려운 이웃을 몰래 도운 세인트 니콜라스에서 유래했음을 알게 된다. 다은이는 선물을 기다리기보다 주변에 사랑을 나누는 '작은 산타'가 되기로 다짐한다.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크리스마스가 생겨난 까닭으로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아기 예수의 탄생을 축하하려고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산타클로스의 생일이라서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겨울이 시작돼서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선물 가게가 돈 벌려고 만든 날이라서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어휘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'크리스마스(Christmas)'는 그리스도(Christ)와 '미사·○○(Mass)'가 합쳐진 말입니다. 빈칸에 알맞은 말은?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기도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예배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찬양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축제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산타클로스의 유래로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북극에 사는 할아버지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옛날의 임금님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세인트 니콜라스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옷 만드는 장인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예수님의 생일인데도 사람들이 산타를 많이 기억하는 까닭으로 영상이 전한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산타가 훨씬 더 유명하기 때문에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예수님을 까맣게 잊어서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선물이 좋아서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사랑을 나누자는 뜻을 담아서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순서 맞추기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산타 전통이 생긴 과정을 순서대로 기호를 써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ㄱ. 오늘날 산타가 선물을 두고 간다고 믿게 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ㄴ. 니콜라스가 이웃을 도우려 굴뚝으로 돈주머니를 던진다.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ㄷ. 돈주머니가 양말 속으로 들어간다.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ㄹ. 이웃을 사랑하라는 예수님의 가르침을 따른다.</w:t>
      </w:r>
    </w:p>
    <w:p>
      <w:pPr>
        <w:ind w:left="320"/>
      </w:pPr>
      <w:r>
        <w:rPr>
          <w:rFonts w:ascii="맑은 고딕" w:hAnsi="맑은 고딕" w:eastAsia="맑은 고딕"/>
          <w:b/>
          <w:color w:val="191F28"/>
          <w:sz w:val="22"/>
        </w:rPr>
        <w:t>(    ) → (    ) → (    ) → (    )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주제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크리스마스의 진정한 의미로 가장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사랑을 나누고 실천하는 날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선물을 누구보다 많이 받는 날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파티를 여는 날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학원이 쉬는 날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다은이가 크리스마스에 다짐한 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받고 싶은 선물 목록을 길게 쓰기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따뜻한 말과 나눔을 실천하기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선물을 더 많이 받기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아무것도 안 하기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어휘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'메리 크리스마스' 인사의 뜻으로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추운 겨울 조심하라는 인사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따뜻한 새해 인사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기쁜 성탄절 되라는 인사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즐거운 생일 축하 인사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주제 심화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크리스마스가 '받는 날'이 아니라 '나누는 날'인 까닭을, 세인트 니콜라스의 이야기와 연결해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적용하기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올해 크리스마스를 더 따뜻하게 보내기 위해 내가 실천할 수 있는 '나눔'을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191F28"/>
          <w:sz w:val="32"/>
        </w:rPr>
        <w:t>정답 및 해설 · 교사용</w:t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[저학년] 크리스마스는 어떤 날?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아기 예수님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기쁘다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세인트 니콜라스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양말 속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크리스마스-예수님 탄생 / 산타-니콜라스 / 메리-기쁘다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① 사랑을 나누는 산타 되기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② 이웃을 사랑하십시오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③ 사랑을 나누는 날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④ 따뜻한 말 건네기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외로워 보이는 친구에게 먼저 다가가 따뜻한 말을 건네고, 내가 가진 것을 동생과 나누겠다. · (평가) 사랑을 나누는 실천을 구체적으로 적었는지 봐 주세요.</w:t>
      </w:r>
    </w:p>
    <w:p>
      <w:r>
        <w:br w:type="page"/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[중학년] 크리스마스의 유래와 참뜻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아기 예수의 탄생을 축하하려고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예배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세인트 니콜라스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사랑을 나누자는 뜻을 담아서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ㄹ → ㄴ → ㄷ → ㄱ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① 사랑을 나누고 실천하는 날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② 따뜻한 말과 나눔을 실천하기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③ 기쁜 성탄절 되라는 인사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[예시] 니콜라스가 어려운 이웃을 몰래 도왔듯, 크리스마스는 받기보다 주변에 사랑을 나누는 데 참뜻이 있기 때문이다. · (평가) 니콜라스 이야기와 나눔의 의미를 연결했는지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부모님께 감사 편지를 쓰고, 안 쓰는 장난감을 깨끗이 정리해 어려운 이웃에게 기부하겠다. · (평가) 나눔의 실천을 구체적으로 적었는지 봐 주세요.</w:t>
      </w:r>
    </w:p>
    <w:sectPr w:rsidR="00FC693F" w:rsidRPr="0006063C" w:rsidSect="00034616"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