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크리스마스 전통의 시작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오늘날 우리가 아는 크리스마스 전통이 어떻게 독일(독일어권)에서 시작되고 발전했는지 살펴본다. 게르만족의 겨울 동지 축제가 성탄절과 결합한 과정, 성 니콜라우스에서 비롯된 산타클로스, 마르틴 루터의 일화에서 시작된 크리스마스 트리, 독일의 크리스마스 마켓과 빵 슈톨렌, 그리고 '고요한 밤, 거룩한 밤' 캐럴까지 — 국경을 넘어 전 세계 연말 문화가 된 크리스마스의 역사를 담은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오늘날 우리가 아는 크리스마스 전통이 본격적으로 자리 잡은 나라로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독일(독일어권)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미국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산타의 나라 핀란드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영국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독일을 대표하는, 아기 예수를 상징하는 크리스마스 빵을 '○○○'이라고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바게트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슈톨렌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케이크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쿠키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산타클로스의 유래로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북극에 사는 작은 요정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영국 왕실의 한 인물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성 니콜라우스 전통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동네 상점 주인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크리스마스 트리의 유래와 관련된 인물로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빅토리아 여왕의 신하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성 니콜라우스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음악가 베토벤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마르틴 루터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크리스마스 트리가 퍼진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빅토리아 여왕을 통해 영국 왕실에 소개된다.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16세기 독일 가정에서 전나무를 집에 들여 장식한다.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트리 문화가 유럽 전반으로 퍼진다.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마르틴 루터가 별빛을 보고 촛불로 나무를 장식한다.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독일의 '크리스마스 마켓'에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겨울을 보내는 문화 축제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한여름에 열리는 시장이다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오직 음식만 파는 곳이다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어른만 가는 곳이다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캐럴 '고요한 밤, 거룩한 밤'의 시작에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저 멀리 미국에서 처음 만들어졌다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1818년 독일어권에서 시작됨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아주 최근에 만들어졌다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한국에서 시작되었다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여러 나라의 크리스마스 음식에서 찾을 수 있는 공통점으로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 똑같은 음식을 먹는다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혼자서 먹는다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함께 나누어 먹는다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음식을 먹지 않는다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정리하기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게르만족의 겨울 축제가 어떻게 오늘날의 크리스마스로 이어졌는지, 영상 내용을 바탕으로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나라마다 다른 크리스마스 풍습 속에도 변하지 않는 '공통된 마음'은 무엇일지 자신의 생각으로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국경을 넘은 크리스마스 문화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오늘날 우리가 아는 크리스마스 전통이 어떻게 독일(독일어권)에서 시작되고 발전했는지 살펴본다. 게르만족의 겨울 동지 축제가 성탄절과 결합한 과정, 성 니콜라우스에서 비롯된 산타클로스, 마르틴 루터의 일화에서 시작된 크리스마스 트리, 독일의 크리스마스 마켓과 빵 슈톨렌, 그리고 '고요한 밤, 거룩한 밤' 캐럴까지 — 국경을 넘어 전 세계 연말 문화가 된 크리스마스의 역사를 담은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현대 크리스마스 전통의 형성에서 독일이 가진 의미로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오늘날 크리스마스가 자리 잡은 곳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크리스마스를 맨 처음 만든 나라다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산타가 사는 나라다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크리스마스와 관련이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16세기 독일에서 전나무를 집 안에 들여 장식한 데서 유래한 크리스마스 장식을 '크리스마스 ○○'라고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카드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트리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마켓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게르만족의 겨울 동지 축제가 크리스마스로 이어진 과정으로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성탄절을 없애고 새 축제를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한여름 축제로 바뀌었다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동지 축제가 성탄절과 결합함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종교와 무관하게 그냥 사라졌다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크리스마스 트리가 유럽 전역으로 퍼지는 데 결정적 역할을 한 경로로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여러 상인들이 오가는 활발한 무역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군대의 잦은 이동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신문에 실린 광고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빅토리아 여왕을 통한 왕실 문화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크리스마스 문화가 발전한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마르틴 루터의 일화에서 트리 장식이 시작된다.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게르만족이 겨울 동지 축제를 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왕실을 거쳐 트리가 유럽 전역으로 퍼진다.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거리와 광장에 크리스마스 마켓이 자리 잡는다.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독일 크리스마스 마켓이 중세 시대에 시작된 본래 성격으로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겨울나기 물품을 사던 시장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크리스마스 선물만 팔던 곳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엄숙한 종교 행사장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관광객을 위한 곳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슈톨렌과 슈톨렌 축제가 보여 주는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혼자서 즐기는 작은 간식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빵을 중심으로 한 공동체 결속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아주 최근에 새로 생긴 상업 행사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종교와 무관한 먹거리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나라마다 다른 크리스마스 음식(영국 칠면조, 프랑스 통나무 케이크 등)의 공통점으로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 같은 재료로 만든다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 먹는 음식이다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함께 나누어 먹는다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종교 의식에만 쓰인다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독일에서 시작된 크리스마스 전통이 '국경을 넘어 전 세계 문화'가 될 수 있었던 까닭을 자신의 생각으로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탐구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익숙한 크리스마스 풍습 하나를 골라, 그 속에 담긴 역사나 의미를 새로 알게 된 점과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크리스마스 전통의 시작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독일(독일어권)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슈톨렌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성 니콜라우스 전통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마르틴 루터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ㄹ → ㄴ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겨울을 보내는 문화 축제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1818년 독일어권에서 시작됨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함께 나누어 먹는다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어둠이 물러나고 빛이 돌아옴을 기리던 게르만족의 겨울 동지 축제가 기독교의 성탄절과 결합하면서, 가족이 함께 한 해를 마무리하는 축제 문화로 자리 잡았다. · (평가) 동지 축제와 성탄절의 결합을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음식과 풍습은 달라도, 사랑하는 사람들과 함께 모여 한 해를 따뜻하게 마무리하고 마음을 나누려는 점은 어디서나 같다. · (평가) 다양성 속 공통점을 자기 말로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국경을 넘은 크리스마스 문화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오늘날 크리스마스가 자리 잡은 곳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트리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동지 축제가 성탄절과 결합함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빅토리아 여왕을 통한 왕실 문화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ㄷ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겨울나기 물품을 사던 시장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빵을 중심으로 한 공동체 결속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함께 나누어 먹는다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트리·마켓·캐럴처럼 따뜻하고 정겨운 풍습이 누구나 공감할 수 있었고, 왕실 교류와 이주를 통해 퍼지며 종교를 넘어 모두가 즐기는 연말 문화로 받아들여졌기 때문이다. · (평가) 전파 과정과 보편적 매력을 함께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트리 장식은 단순한 꾸밈인 줄 알았는데, 별빛을 가족에게 보여 주고 싶던 마르틴 루터의 마음에서 비롯되어 가족과 한 해를 마무리하는 의미가 담겨 있음을 알게 됐다. · (평가) 풍습의 역사·의미를 자기 말로 정리했는지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