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설날 풍습 알기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설날 아침에 어른들께 드리는 인사를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악수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박수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손을 흔드는 인사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설날 아침에 먹는 음식으로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피자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떡국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짜장면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차가운 냉면 한 그릇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설날에 즐기는 전통 놀이로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컴퓨터 게임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축구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윷놀이·연날리기·제기차기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방에서 하는 휴대폰 게임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떡국을 먹으면 무엇을 한 살 더 먹는다고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몸무게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발 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세배  ·          ·  어른께 드리는 새해 인사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떡국  ·          ·  설날 아침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연날리기  ·          ·  설날에 즐기는 놀이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어른께 세배를 하면 어른들이 무엇을 주시나요?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세뱃돈과 덕담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어려운 숙제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따끔한 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잔소리를 잔뜩 늘어놓으심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설날 아침에 조상께 올리는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운동회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차례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 같이 떠나는 여행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정월 대보름 밤에 보름달을 보며 사람들은 무엇을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잠을 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친구와 싸워요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소원을 빌어요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하루 종일 게임만 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영상이 보여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외국의 여러 명절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요즘 도시의 풍경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앞으로 다가올 먼 미래 도시의 모습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옛날 우리나라의 설날 모습과 풍습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가족이 설날에 함께하는 일이나, 설날에 하고 싶은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정월 초하루의 풍속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80년대 설날의 풍경을 담은 문화영화. 설맞이 준비와 설빔, 차례와 세배, 떡국 나누기부터 윷놀이·널뛰기·연날리기 같은 민속놀이, 마을의 안녕을 비는 지신밟기와 별신제, 그리고 정월 대보름의 부럼 깨기와 달맞이까지 — 정월 초하루부터 대보름까지 이어지는 우리 세시 풍속과 공동체 정신을 보여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음력 1월 1일을 가리키는 말로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설날(구정)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추석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단오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한식이라 부르는 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설날 아침, 아랫사람이 웃어른께 차례로 절을 올리는 새해 인사를 '○○'라고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문안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덕담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차례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설날 아침에 떡국을 먹는 까닭과 관련된 말로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떡국은 외국에서 온 음식이다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떡국을 먹으면 키가 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 살을 더 먹는다고 여겼다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떡국은 본디 저녁에만 먹던 음식이다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다음 중 설날에 즐기던 전통 민속놀이로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컴퓨터 게임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 하는 볼링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겨울에 눈 위에서 타는 스키와 썰매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윷놀이·널뛰기·연날리기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설날 아침의 일을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떡국을 나누어 먹는다.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설빔을 입는다.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조상께 차례를 지낸다.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어른께 세배를 올린다.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마을의 잡귀를 물리치고 복을 빌며 집집마다 도는 놀이로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지신밟기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줄다리기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술래잡기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 차는 축구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정월 대보름과 관련된 풍습으로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떡국 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부럼 깨기와 달맞이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어른께 세배하기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조상께 정성껏 차례 지내기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옛날 널뛰기에 담긴 이야기로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남자들끼리 힘을 겨루던 데서 비롯된 놀이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농사가 잘될지 점치던 놀이였다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바깥세상을 구경하던 데서 비롯됨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물고기를 잡던 놀이였다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탐구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옛날 설날 풍습 중 오늘날에도 이어지는 것과 사라진 것을 하나씩 찾아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설날 같은 명절이 가족과 마을에 주는 의미를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초하루에서 대보름까지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80년대 설날의 풍경을 담은 문화영화. 설맞이 준비와 설빔, 차례와 세배, 떡국 나누기부터 윷놀이·널뛰기·연날리기 같은 민속놀이, 마을의 안녕을 비는 지신밟기와 별신제, 그리고 정월 대보름의 부럼 깨기와 달맞이까지 — 정월 초하루부터 대보름까지 이어지는 우리 세시 풍속과 공동체 정신을 보여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영상에 담긴 설 명절 풍속에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초하루부터 대보름까지의 세시 풍속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어느 하루 동안의 모습만 아주 짧게 담았다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외국의 명절을 소개한다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여름 축제를 다룬다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농사와 관련해 한 해를 스물넷으로 나눈, 계절의 마디를 '○○'라고 합니다(예: 입춘).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명절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절기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설날 차례 음식을 나누어 먹는 풍습에 담긴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음식이 너무 많이 남아돌아서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어른만 먹으려고 한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나누어 먹으면 복을 받는다고 여겨서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아주 먼 외국에서 들어온 풍습이기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'설빔'에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설날 아침에 차려 먹는 특별한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설날에 부르는 노래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설날에 하는 놀이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설을 맞아 새로 차려입는 옷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설 명절이 이어지는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정월 대보름에 달맞이로 소원을 빈다.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섣달그믐께 설맞이 준비를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초하루 아침에 차례를 지내고 떡국을 먹는다.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입춘에 대문에 좋은 글귀를 써 붙인다.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'지신밟기'에서 모은 곡식이나 금품의 쓰임으로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마을의 공동 사업 기금으로 쓰였다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거두어들인 사람이 한 집에서 모두 가졌다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다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나라에 세금으로 바쳤다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어촌에서 풍어와 마을의 안녕을 비는 의례로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동네 집집마다 도는 지신밟기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별신제(풍어제)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부럼 깨기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널뛰기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정월 대보름의 풍습으로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부럼을 깨물어 한 해 건강을 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보름달을 보며 소원을 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차례를 지내고 세뱃돈을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쥐불놀이로 해충을 없앤다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옛 설 풍속에 담긴 '공동체 의식'이 무엇인지, 영상 속 풍습을 예로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현대화 속에서도 설 명절을 이어 가는 것이 어떤 가치가 있는지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설날 풍습 알기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세배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떡국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윷놀이·연날리기·제기차기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나이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세배-새해 인사 / 떡국-아침 음식 / 연날리기-설날 놀이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세뱃돈과 덕담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차례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소원을 빌어요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옛날 우리나라의 설날 모습과 풍습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할머니 댁에 가서 세배를 드리고 떡국을 먹으며 윷놀이를 하고 싶다. · (평가) 설날 풍습이나 바람을 자유롭게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정월 초하루의 풍속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설날(구정)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세배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한 살을 더 먹는다고 여겼다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윷놀이·널뛰기·연날리기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ㄷ → 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지신밟기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부럼 깨기와 달맞이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바깥세상을 구경하던 데서 비롯됨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세배와 떡국 먹기는 지금도 이어지지만, 지신밟기나 별신제 같은 마을 행사는 보기 어려워졌다. · (평가) 이어진 것과 사라진 것을 구분해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흩어져 살던 가족이 모여 정을 나누고, 함께 음식과 놀이를 즐기며 한 해의 복을 비는 시간이 되어 준다. · (평가) 명절의 의미를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초하루에서 대보름까지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초하루부터 대보름까지의 세시 풍속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절기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나누어 먹으면 복을 받는다고 여겨서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설을 맞아 새로 차려입는 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ㄹ → 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마을의 공동 사업 기금으로 쓰였다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별신제(풍어제)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차례를 지내고 세뱃돈을 받는다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지신밟기로 모은 돈을 마을 일에 쓰고, 동신제·별신제로 마을의 안녕을 함께 빌었듯, 설 풍속에는 마을이 하나 되어 복을 비는 공동체 정신이 담겨 있다. · (평가) 공동체 의식을 풍습 예로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명절은 가족의 결속을 다지고 우리 전통과 정신을 기억하게 해 주므로, 모습이 바뀌어도 그 정신은 이어 갈 가치가 있다. · (평가) 명절 계승의 가치를 자기 관점으로 서술했는지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