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AI 시대의 디지털 안전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한 학생이 친구의 동의 없이 AI로 얼굴을 합성한 영상을 온라인에 올리면서 갈등이 시작된다. 변호사와 교사는 얼굴이 민감한 개인정보이며 허락 없는 합성·배포는 초상권 침해와 명예훼손이 될 수 있음을 알려 준다. 디지털 공간도 현실과 똑같이 책임이 따르는 곳임을 깨닫고, 타인의 정보를 쓸 땐 반드시 동의를 구하는 디지털 시민성을 배우는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영상에서 갈등이 시작된 행동으로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동의 없이 합성 영상을 올림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친구와 함께 신나게 춤을 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시험공부를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떡볶이를 먹었다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사람의 얼굴은 이름·주소처럼 개인정보보호법이 보호하는 '○○정보'에 해당합니다.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민감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기본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일반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변호사가 AI 합성으로 가장 문제가 된다고 한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저작권 등록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유튜브의 시청 시간 통계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초상권과 명예훼손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데이터 요금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최준이 "이건 내가 만든 AI 캐릭터라 괜찮다"고 한 주장에 대한 알맞은 판단은?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본인이 직접 만들었으니 문제없다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저작권이 있으니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AI라서 책임이 전혀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개인정보 침해라 옳지 않다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사건이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모르는 사람들의 연락이 쏟아져 번호를 바꾼다.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동의 없이 AI 합성 영상을 만들어 올린다.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잘못을 깨닫고 영상을 내리며 사과한다.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친구가 영상을 발견하고 항의한다.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'무심코 올린 영상 하나'가 위험한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퍼지면 지워도 막기 어려워서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화질이 너무 나빠서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조회수가 안 나와서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휴대전화 저장 공간을 많이 차지해서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디지털 공간에 대한 바른 인식으로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온라인은 익명이라 책임이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온라인도 현실처럼 책임이 따른다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온라인은 장난만 하는 곳이다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온라인은 법이 전혀 미치지 않는다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타인의 사진·정보를 사용할 때 반드시 해야 할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일단 올리고 문제 되면 지운다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친구니까 그냥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당사자의 동의를 구한다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재미있으면 무조건 올린다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AI 합성이나 사진 공유를 할 때 지켜야 할 '디지털 매너'를 두 가지 이상 만들어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디지털 공간에서 실수로 타인에게 피해를 주었을 때, 어떻게 사과하고 문제를 해결하면 좋을지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AI 시대의 디지털 안전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동의 없이 합성 영상을 올림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민감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초상권과 명예훼손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개인정보 침해라 옳지 않다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퍼지면 지워도 막기 어려워서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온라인도 현실처럼 책임이 따른다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당사자의 동의를 구한다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허락 없는 공유는 하지 않기, 얼굴은 소중한 개인정보로 여기기, 퍼지기 전에 한 번 더 멈춰 생각하기. · (평가) 실천 가능한 매너를 두 가지 이상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변명하지 않고 잘못을 인정해 영상을 곧바로 내리고, 피해자의 마음을 헤아려 진심으로 사과하며 다시 그러지 않겠다고 약속한다. · (평가) 책임 인정과 공감의 해결책을 담았는지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