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건강하게 공존하는 디지털 시민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학교에서는 소심하지만 디지털 세상에서는 당당한 크리에이터로 활동하는 하준이의 이야기. 디지털 속 '나(부캐)'와 현실의 '나(본캐)' 사이에서 정체성 혼란을 겪고, 익명 뒤에 숨은 악플의 위험을 배운다. 결국 두 모습 모두 '나'임을 인정하고 타인을 존중하는 태도가 건강한 디지털 시민의 시작임을 깨닫는 인성·생활 교육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주인공 하준이가 겪은 어려움으로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 모습 사이의 정체성 혼란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돈이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시험을 못 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곁에 친구가 한 명도 없었던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현실의 본래 모습을 '본캐'라 하고, 디지털 공간에서 활동하는 또 다른 모습을 '○○'라고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본캐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악플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댓글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익명으로 다른 사람을 비방하는 '저격 글'에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익명이라 아무 문제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재미로 한 것이라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 폭력이 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금방 사라지니 아무 상관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"학생이라 처벌받지 않는다"는 생각에 대한 알맞은 판단은?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학생은 모든 책임이 면제된다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어리면 법이 적용되지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댓글은 표현의 자유라 처벌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촉법소년도 책임에서 자유롭지 않다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하준이의 변화를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거짓된 모습을 버리고 진정한 자아를 찾기로 다짐한다.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디지털에선 당당하지만 현실에선 소심해 혼란을 느낀다.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친구들 앞에서 자신의 두 모습을 솔직히 발표한다.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두 모습 모두 '나'임을 인정한다.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중학생 시기에 자신을 과대 포장하려는 경향이 나타나는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시선에 민감하고 변화가 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공부를 너무 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곁에 친구가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디지털 기기가 하나도 없기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'디지털 공존'의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완벽한 모습만 골라 꾸며 보여 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나를 인정하고 타인을 존중하는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익명으로 솔직하게 비판하는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인기를 가장 중요하게 여기는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온라인에서 모욕적인 말을 했을 때의 법적 책임에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온라인은 처벌 대상이 아니다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사과하면 법적 책임이 모두 사라진다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모욕죄로 처벌받을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댓글은 어떤 경우도 처벌 안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자기 이해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디지털 공간에서 '나의 본캐와 부캐'가 어떻게 조화를 이룰 수 있을지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익명의 공간에서도 서로를 존중하기 위한 '따뜻한 디지털 언어' 규칙을 만들어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건강하게 공존하는 디지털 시민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두 모습 사이의 정체성 혼란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부캐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학교 폭력이 될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촉법소년도 책임에서 자유롭지 않다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시선에 민감하고 변화가 커서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나를 인정하고 타인을 존중하는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모욕죄로 처벌받을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온라인의 활발한 모습도, 현실의 차분한 모습도 모두 진짜 나이므로, 어느 한쪽을 꾸며 내기보다 두 모습을 솔직하게 인정하며 살아가겠다. · (평가) 두 모습의 통합·조화를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얼굴이 안 보여도 앞에서 못 할 말은 쓰지 않기, 비난 대신 의견을 예의 있게 말하기, 칭찬과 응원의 댓글 먼저 달기. · (평가) 존중을 실천하는 규칙을 구체적으로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