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토닥토닥, 함께하는 마음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'토닥토닥 꼬모'에서 배울 수 있는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배려하고 함께 어울리기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서로 미워하며 다투는 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혼자 노는 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화내는 법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마음 읽기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친구가 속상해 보일 때 하면 좋은 행동은?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그냥 못 본 척 지나가 버려요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무슨 일 있는지 물어봐요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자꾸 놀려요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멀리 피해요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친구가 실수했을 때 바른 마음은?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오히려 크게 비웃고 놀려요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버럭 화를 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괜찮다고 토닥여 줘요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흉을 봐요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꼬모처럼 친구와 잘 지내려면 어떻게 해야 할까요?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나 혼자만 생각하고 행동해요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그냥 멀리해요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함부로 대해요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친구 마음을 헤아려 줘요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배려  ·          ·  친구를 먼저 생각하기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공감  ·          ·  친구 마음 알아주기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협력  ·          ·  힘을 합쳐 함께하기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마음 읽기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친구가 기쁠 때 함께 하면 좋은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같이 웃으며 축하해 줘요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괜히 부러워서 잔뜩 토라져요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그냥 모른 척해요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샘이 나서 화내요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말이 아니어도 친구를 위로하는 방법은?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큰 소리로 마구 놀려요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토닥토닥해 줘요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등을 휙 돌려요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못 본 척해요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친구마다 다른 점이 있을 때 바른 태도는?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무조건 나와 똑같이 되라고만 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뒤에서 흉을 봐요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다름을 존중하고 좋은 점 보기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자꾸 비교해요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이 이야기가 알려 주는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혼자가 최고예요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친구는 필요 없어요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서로 미워하고 다투기만 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배려하고 도우며 지내요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속상해하는 친구를 위로하거나 도와준 경험, 또는 앞으로 하고 싶은 일을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토닥토닥, 함께하는 마음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배려하고 함께 어울리기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무슨 일 있는지 물어봐요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괜찮다고 토닥여 줘요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친구 마음을 헤아려 줘요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배려-먼저 생각 / 공감-마음 알아주기 / 협력-함께하기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같이 웃으며 축하해 줘요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토닥토닥해 줘요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다름을 존중하고 좋은 점 보기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④ 배려하고 도우며 지내요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넘어진 친구에게 다가가 괜찮은지 묻고 일으켜 주며 "괜찮아" 하고 토닥여 주고 싶다. · (평가) 배려·공감의 행동을 구체적으로 적었는지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