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물어보고, 존중해요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친구를 사진이나 영상으로 찍기 전에 꼭 해야 할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물어봐요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막 찍어요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몰래 찍어요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얼른 도망가요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친구가 "찍기 싫어"라고 하면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그래도 찍어요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찍지 않아요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마구 놀려요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가까이 찍어요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찍은 사진을 인터넷에 올리고 싶을 때는?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올려요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몰래 슬쩍 올려요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다시 물어봐요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얼른 올려요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친구가 바로 대답을 안 하고 머뭇거리면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기다리지 않고 빨리 올려요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계속 졸라요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마음대로 올려요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기다려 주고 안 올려요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찍기 전  ·          ·  "찍어도 될까?" 물어보기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올리기 전  ·          ·  "올려도 될까?" 물어보기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싫다고 하면  ·          ·  올리지 않고 지우기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친구가 "내려 줘"라고 하면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바로 내려요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안 내려요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모른 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많이 퍼뜨려요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허락 없이 친구 사진을 합성해서 올리는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아주 재미있는 일이에요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잘못된 행동이에요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괜찮아요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멋진 일이에요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내가 나오는 사진을 올릴지 말지는 누가 정하나요?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친구가 정해요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아무나 정해요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내가 정해요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어른이 정해요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안전한 디지털 세상을 만들려면 어떻게 해야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보는 사람 마음대로 올려요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몰래 찍어요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아무 때나 올려요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허락 구하고 존중해요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친구와 사진을 찍고 올리기 전에 물어볼 말을 두 가지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동의를 구하는 법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'쉬는 시간 영상 촬영'이라는 일상 상황을 통해 디지털 안전을 쉽고 재미있게 알려 주는 웹뮤지컬. 영상을 찍고 올리기 전 반드시 '동의'를 구하고 상대의 '거부'를 존중해야 하며, 확실히 대답하지 않으면 기다려야 하고, 허락 없이 합성해 올리는 것은 폭력임을 배운다. 내 모습을 올릴지 삭제할지는 내가 결정하듯, 친구의 결정도 존중하자는 메시지를 담았다.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사진이나 영상을 찍기 전에 반드시 해야 할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설명하고 동의를 받는다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일단 찍고 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몰래 찍는다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닥치는 대로 많이 찍어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사진·영상을 찍거나 올리기 전에 상대에게 받아야 하는 '허락'을 두 글자로 '○○'라고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거부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동의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촬영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영상을 올려도 되는지 물었을 때 친구가 확실히 대답하지 않으면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된다는 뜻으로 알고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계속 따라다니며 조른다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멈추고 기다리며 안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선물로 살살 설득한다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친구가 올린 내 사진을 '내려 달라'고 했을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한번 올렸으니 못 내린다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끝까지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널리 퍼뜨린다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바로 내린다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사진을 올바르게 찍어 올리는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인터넷에 올려도 되는지 다시 물어 확인받는다.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찍어도 되는지 물어보고 허락을 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친구가 싫다고 하면 올리지 않고 삭제한다.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허락을 받아 사진을 찍는다.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허락 없이 친구 사진을 합성해 올린 것을 발견했을 때 바른 대처는?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폭력이라 말하고 삭제 요청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똑같이 합성해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못 본 척 모른 척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더 널리 퍼뜨린다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친구가 올려도 되게 하려고 '선물을 준다'고 하는 것에 대한 알맞은 판단은?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참으로 친절하고 고마운 행동이다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부담을 주는 일이라 옳지 않다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아주 좋은 방법이다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전혀 문제없다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강조하는 핵심으로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빨리 많이 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조회수 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허락·물어보기·존중하기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들키지 않게 몰래 찍어 두기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표현하기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친구가 사진 찍히는 것을 싫어할 때, 기분 나쁘지 않게 거절하거나 거절을 받아들이는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디지털 공간에서 '동의'를 구하는 것이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내 모습은 내가 결정해요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'쉬는 시간 영상 촬영'이라는 일상 상황을 통해 디지털 안전을 쉽고 재미있게 알려 주는 웹뮤지컬. 영상을 찍고 올리기 전 반드시 '동의'를 구하고 상대의 '거부'를 존중해야 하며, 확실히 대답하지 않으면 기다려야 하고, 허락 없이 합성해 올리는 것은 폭력임을 배운다. 내 모습을 올릴지 삭제할지는 내가 결정하듯, 친구의 결정도 존중하자는 메시지를 담았다.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웹뮤지컬이 '쉬는 시간 영상 촬영'을 통해 전하려는 주제로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디지털 안전과 동의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영상을 멋지게 잘 찍는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조회수 올리는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춤 배우기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상대가 싫다는 의사를 분명히 밝히는 것을 두 글자로 '○○'라고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동의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촬영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운동장에서 춤추는 영상에 우연히 지나가던 친구가 찍혔을 때 바른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아주 작게 나왔으니 그냥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아무도 모르게 슬쩍 올린다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물어보고 원치 않으면 안 올림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평생 모를 테니 그냥 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'작게 나왔으니까', '평생 모를 테니까' 올려도 된다는 생각이 옳지 않은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찍은 사진 화질이 너무 나빠서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조회수가 너무 낮아서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올릴 시간이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동의 없이 올린 게 침해라서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동의를 구해 사진을 다루는 올바른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인터넷에 올려도 되는지 다시 물어 확인받는다.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촬영 전 정확히 설명하고 허락을 받는다.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나중에 '내려 달라'고 하면 바로 삭제한다.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허락을 받은 뒤 촬영한다.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친구가 확실히 대답하지 않을 때의 바른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멈추고 생각할 시간을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동의로 여긴다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어서 빨리 정하라고 압박한다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올려 버린다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동의 없이 남의 사진을 합성해 올리는 행위에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멋진 창작이라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폭력이며 삭제를 요청할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재미라서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본인이 직접 만들었으니 문제없다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영상이 전하는 디지털 시민의 자세로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빠르게 많이 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익명으로 마음껏 자유롭게 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허락·물어보기·존중하기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인기를 최우선으로 삼기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'내가 나오는 사진·영상을 올릴지 삭제할지는 내가 결정할 수 있다'는 말의 의미를, 친구의 입장과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안전한 디지털 세상을 만들기 위해 우리 반이 함께 지킬 '동의 약속'을 두 가지 이상 만들어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물어보고, 존중해요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물어봐요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찍지 않아요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다시 물어봐요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기다려 주고 안 올려요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찍기 전-물어보기 / 올리기 전-물어보기 / 싫다고 하면-지우기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바로 내려요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잘못된 행동이에요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내가 정해요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허락 구하고 존중해요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"사진 찍어도 될까?", "이 사진 인터넷에 올려도 괜찮아?" 하고 물어보겠다. · (평가) 동의를 구하는 말을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동의를 구하는 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설명하고 동의를 받는다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동의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멈추고 기다리며 안 올린다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바로 내린다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폭력이라 말하고 삭제 요청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부담을 주는 일이라 옳지 않다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허락·물어보기·존중하기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"내 얼굴은 소중하니까 올리지 말아 줘"라고 말하거나, 친구가 싫다고 하면 "알겠어, 안 찍을게" 하고 존중한다. · (평가) 거절·존중의 표현을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내 모습을 찍고 올리는 일은 내 마음이 가장 중요하듯, 친구도 마찬가지이기 때문이다. 동의 없이 올리면 상처를 주고 폭력이 될 수 있다. · (평가) 동의의 중요성을 자기 말로 설명했는지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내 모습은 내가 결정해요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디지털 안전과 동의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거부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물어보고 원치 않으면 안 올림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동의 없이 올린 게 침해라서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ㄹ → ㄱ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멈추고 생각할 시간을 준다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폭력이며 삭제를 요청할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허락·물어보기·존중하기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내 모습에 대한 결정권은 나에게 있듯, 친구의 모습에 대한 결정권도 그 친구에게 있다. 그래서 올리기 전 반드시 동의를 구하고, 싫다면 따라야 한다. · (평가) 자기결정권을 양쪽 입장으로 설명했는지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찍기 전·올리기 전 반드시 물어보기, 친구가 머뭇거리면 올리지 않기, 내려 달라고 하면 바로 삭제하기. · (평가) 실천 약속을 두 가지 이상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