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장난과 폭력 사이</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영미는 친구 효린이의 사진을 자기 얼굴인 양 방송 채팅방에 올리며 거짓말을 한다. 사진과 개인정보가 퍼져 효린이는 악성 댓글에 시달리고, 거짓말이 들통나자 영미는 효린이를 '카톡 왕따'시킨다. 하지만 영미 역시 신상이 털려 피해자가 된다. 선생님의 도움으로 잘못을 깨닫고 진심으로 사과하는 과정을 통해, 사이버폭력은 돌고 도는 부메랑임을 일깨우는 예방 뮤지컬.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영미가 방송 채팅방에 효린이 사진을 올리며 한 잘못으로 알맞은 것은?</w:t>
      </w:r>
    </w:p>
    <w:p>
      <w:pPr>
        <w:ind w:left="320"/>
      </w:pPr>
      <w:r>
        <w:rPr>
          <w:rFonts w:ascii="맑은 고딕" w:hAnsi="맑은 고딕" w:eastAsia="맑은 고딕"/>
          <w:b w:val="0"/>
          <w:color w:val="4E5968"/>
          <w:sz w:val="22"/>
        </w:rPr>
        <w:t>① 효린이 사진을 자기 것처럼 속임</w:t>
      </w:r>
    </w:p>
    <w:p>
      <w:pPr>
        <w:ind w:left="320"/>
      </w:pPr>
      <w:r>
        <w:rPr>
          <w:rFonts w:ascii="맑은 고딕" w:hAnsi="맑은 고딕" w:eastAsia="맑은 고딕"/>
          <w:b w:val="0"/>
          <w:color w:val="4E5968"/>
          <w:sz w:val="22"/>
        </w:rPr>
        <w:t>② 자기 사진을 그대로 올렸다</w:t>
      </w:r>
    </w:p>
    <w:p>
      <w:pPr>
        <w:ind w:left="320"/>
      </w:pPr>
      <w:r>
        <w:rPr>
          <w:rFonts w:ascii="맑은 고딕" w:hAnsi="맑은 고딕" w:eastAsia="맑은 고딕"/>
          <w:b w:val="0"/>
          <w:color w:val="4E5968"/>
          <w:sz w:val="22"/>
        </w:rPr>
        <w:t>③ 아무 사진도 안 올렸다</w:t>
      </w:r>
    </w:p>
    <w:p>
      <w:pPr>
        <w:ind w:left="320"/>
      </w:pPr>
      <w:r>
        <w:rPr>
          <w:rFonts w:ascii="맑은 고딕" w:hAnsi="맑은 고딕" w:eastAsia="맑은 고딕"/>
          <w:b w:val="0"/>
          <w:color w:val="4E5968"/>
          <w:sz w:val="22"/>
        </w:rPr>
        <w:t>④ 선생님 사진을 몰래 가져다 올렸다</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인터넷·휴대전화 등 디지털 공간에서 일어나는 폭력을 '○○○ 폭력'이라고 합니다. 빈칸에 알맞은 말은?</w:t>
      </w:r>
    </w:p>
    <w:p>
      <w:pPr>
        <w:ind w:left="320"/>
      </w:pPr>
      <w:r>
        <w:rPr>
          <w:rFonts w:ascii="맑은 고딕" w:hAnsi="맑은 고딕" w:eastAsia="맑은 고딕"/>
          <w:b w:val="0"/>
          <w:color w:val="4E5968"/>
          <w:sz w:val="22"/>
        </w:rPr>
        <w:t>① 언어</w:t>
      </w:r>
    </w:p>
    <w:p>
      <w:pPr>
        <w:ind w:left="320"/>
      </w:pPr>
      <w:r>
        <w:rPr>
          <w:rFonts w:ascii="맑은 고딕" w:hAnsi="맑은 고딕" w:eastAsia="맑은 고딕"/>
          <w:b w:val="0"/>
          <w:color w:val="4E5968"/>
          <w:sz w:val="22"/>
        </w:rPr>
        <w:t>② 사이버</w:t>
      </w:r>
    </w:p>
    <w:p>
      <w:pPr>
        <w:ind w:left="320"/>
      </w:pPr>
      <w:r>
        <w:rPr>
          <w:rFonts w:ascii="맑은 고딕" w:hAnsi="맑은 고딕" w:eastAsia="맑은 고딕"/>
          <w:b w:val="0"/>
          <w:color w:val="4E5968"/>
          <w:sz w:val="22"/>
        </w:rPr>
        <w:t>③ 신체</w:t>
      </w:r>
    </w:p>
    <w:p>
      <w:pPr>
        <w:ind w:left="320"/>
      </w:pPr>
      <w:r>
        <w:rPr>
          <w:rFonts w:ascii="맑은 고딕" w:hAnsi="맑은 고딕" w:eastAsia="맑은 고딕"/>
          <w:b w:val="0"/>
          <w:color w:val="4E5968"/>
          <w:sz w:val="22"/>
        </w:rPr>
        <w:t>④ 집단 따돌림</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거짓말이 들통난 뒤 영미가 효린이와 민규에게 한 행동으로 알맞은 것은?</w:t>
      </w:r>
    </w:p>
    <w:p>
      <w:pPr>
        <w:ind w:left="320"/>
      </w:pPr>
      <w:r>
        <w:rPr>
          <w:rFonts w:ascii="맑은 고딕" w:hAnsi="맑은 고딕" w:eastAsia="맑은 고딕"/>
          <w:b w:val="0"/>
          <w:color w:val="4E5968"/>
          <w:sz w:val="22"/>
        </w:rPr>
        <w:t>① 바로 진심으로 사과했다</w:t>
      </w:r>
    </w:p>
    <w:p>
      <w:pPr>
        <w:ind w:left="320"/>
      </w:pPr>
      <w:r>
        <w:rPr>
          <w:rFonts w:ascii="맑은 고딕" w:hAnsi="맑은 고딕" w:eastAsia="맑은 고딕"/>
          <w:b w:val="0"/>
          <w:color w:val="4E5968"/>
          <w:sz w:val="22"/>
        </w:rPr>
        <w:t>② 좋은 선물을 줬다</w:t>
      </w:r>
    </w:p>
    <w:p>
      <w:pPr>
        <w:ind w:left="320"/>
      </w:pPr>
      <w:r>
        <w:rPr>
          <w:rFonts w:ascii="맑은 고딕" w:hAnsi="맑은 고딕" w:eastAsia="맑은 고딕"/>
          <w:b w:val="0"/>
          <w:color w:val="4E5968"/>
          <w:sz w:val="22"/>
        </w:rPr>
        <w:t>③ 카톡 왕따를 함</w:t>
      </w:r>
    </w:p>
    <w:p>
      <w:pPr>
        <w:ind w:left="320"/>
      </w:pPr>
      <w:r>
        <w:rPr>
          <w:rFonts w:ascii="맑은 고딕" w:hAnsi="맑은 고딕" w:eastAsia="맑은 고딕"/>
          <w:b w:val="0"/>
          <w:color w:val="4E5968"/>
          <w:sz w:val="22"/>
        </w:rPr>
        <w:t>④ 어려울 때 도와주었다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남을 괴롭히던 영미는 나중에 어떻게 되었나요?</w:t>
      </w:r>
    </w:p>
    <w:p>
      <w:pPr>
        <w:ind w:left="320"/>
      </w:pPr>
      <w:r>
        <w:rPr>
          <w:rFonts w:ascii="맑은 고딕" w:hAnsi="맑은 고딕" w:eastAsia="맑은 고딕"/>
          <w:b w:val="0"/>
          <w:color w:val="4E5968"/>
          <w:sz w:val="22"/>
        </w:rPr>
        <w:t>① 모두에게 큰 칭찬을 받았다</w:t>
      </w:r>
    </w:p>
    <w:p>
      <w:pPr>
        <w:ind w:left="320"/>
      </w:pPr>
      <w:r>
        <w:rPr>
          <w:rFonts w:ascii="맑은 고딕" w:hAnsi="맑은 고딕" w:eastAsia="맑은 고딕"/>
          <w:b w:val="0"/>
          <w:color w:val="4E5968"/>
          <w:sz w:val="22"/>
        </w:rPr>
        <w:t>② 멋진 상을 받았다</w:t>
      </w:r>
    </w:p>
    <w:p>
      <w:pPr>
        <w:ind w:left="320"/>
      </w:pPr>
      <w:r>
        <w:rPr>
          <w:rFonts w:ascii="맑은 고딕" w:hAnsi="맑은 고딕" w:eastAsia="맑은 고딕"/>
          <w:b w:val="0"/>
          <w:color w:val="4E5968"/>
          <w:sz w:val="22"/>
        </w:rPr>
        <w:t>③ 끝내 아무 일도 없었다</w:t>
      </w:r>
    </w:p>
    <w:p>
      <w:pPr>
        <w:ind w:left="320"/>
      </w:pPr>
      <w:r>
        <w:rPr>
          <w:rFonts w:ascii="맑은 고딕" w:hAnsi="맑은 고딕" w:eastAsia="맑은 고딕"/>
          <w:b w:val="0"/>
          <w:color w:val="4E5968"/>
          <w:sz w:val="22"/>
        </w:rPr>
        <w:t>④ 자신도 피해자가 됨</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사건이 일어난 순서대로 기호를 써 보세요.</w:t>
      </w:r>
    </w:p>
    <w:p>
      <w:pPr>
        <w:ind w:left="320"/>
      </w:pPr>
      <w:r>
        <w:rPr>
          <w:rFonts w:ascii="맑은 고딕" w:hAnsi="맑은 고딕" w:eastAsia="맑은 고딕"/>
          <w:b w:val="0"/>
          <w:color w:val="333D4B"/>
          <w:sz w:val="22"/>
        </w:rPr>
        <w:t>ㄱ. 영미가 효린이를 단체 채팅방에서 따돌린다.</w:t>
      </w:r>
    </w:p>
    <w:p>
      <w:pPr>
        <w:ind w:left="320"/>
      </w:pPr>
      <w:r>
        <w:rPr>
          <w:rFonts w:ascii="맑은 고딕" w:hAnsi="맑은 고딕" w:eastAsia="맑은 고딕"/>
          <w:b w:val="0"/>
          <w:color w:val="333D4B"/>
          <w:sz w:val="22"/>
        </w:rPr>
        <w:t>ㄴ. 영미가 효린이 사진을 자기 것처럼 올린다.</w:t>
      </w:r>
    </w:p>
    <w:p>
      <w:pPr>
        <w:ind w:left="320"/>
      </w:pPr>
      <w:r>
        <w:rPr>
          <w:rFonts w:ascii="맑은 고딕" w:hAnsi="맑은 고딕" w:eastAsia="맑은 고딕"/>
          <w:b w:val="0"/>
          <w:color w:val="333D4B"/>
          <w:sz w:val="22"/>
        </w:rPr>
        <w:t>ㄷ. 영미가 악성 댓글에 시달리는 피해자가 된다.</w:t>
      </w:r>
    </w:p>
    <w:p>
      <w:pPr>
        <w:ind w:left="320"/>
      </w:pPr>
      <w:r>
        <w:rPr>
          <w:rFonts w:ascii="맑은 고딕" w:hAnsi="맑은 고딕" w:eastAsia="맑은 고딕"/>
          <w:b w:val="0"/>
          <w:color w:val="333D4B"/>
          <w:sz w:val="22"/>
        </w:rPr>
        <w:t>ㄹ. 선생님의 도움으로 영미가 진심으로 사과한다.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선생님이 인터넷을 '두 번째 세상'이라고 한 까닭으로 알맞은 것은?</w:t>
      </w:r>
    </w:p>
    <w:p>
      <w:pPr>
        <w:ind w:left="320"/>
      </w:pPr>
      <w:r>
        <w:rPr>
          <w:rFonts w:ascii="맑은 고딕" w:hAnsi="맑은 고딕" w:eastAsia="맑은 고딕"/>
          <w:b w:val="0"/>
          <w:color w:val="4E5968"/>
          <w:sz w:val="22"/>
        </w:rPr>
        <w:t>① 현실처럼 예의를 지켜야 해서</w:t>
      </w:r>
    </w:p>
    <w:p>
      <w:pPr>
        <w:ind w:left="320"/>
      </w:pPr>
      <w:r>
        <w:rPr>
          <w:rFonts w:ascii="맑은 고딕" w:hAnsi="맑은 고딕" w:eastAsia="맑은 고딕"/>
          <w:b w:val="0"/>
          <w:color w:val="4E5968"/>
          <w:sz w:val="22"/>
        </w:rPr>
        <w:t>② 그저 신나게 게임만 하는 곳이라서</w:t>
      </w:r>
    </w:p>
    <w:p>
      <w:pPr>
        <w:ind w:left="320"/>
      </w:pPr>
      <w:r>
        <w:rPr>
          <w:rFonts w:ascii="맑은 고딕" w:hAnsi="맑은 고딕" w:eastAsia="맑은 고딕"/>
          <w:b w:val="0"/>
          <w:color w:val="4E5968"/>
          <w:sz w:val="22"/>
        </w:rPr>
        <w:t>③ 거짓말해도 되는 곳이라서</w:t>
      </w:r>
    </w:p>
    <w:p>
      <w:pPr>
        <w:ind w:left="320"/>
      </w:pPr>
      <w:r>
        <w:rPr>
          <w:rFonts w:ascii="맑은 고딕" w:hAnsi="맑은 고딕" w:eastAsia="맑은 고딕"/>
          <w:b w:val="0"/>
          <w:color w:val="4E5968"/>
          <w:sz w:val="22"/>
        </w:rPr>
        <w:t>④ 아무도 모르는 곳이라서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'장난'과 '폭력'을 가르는 기준으로 알맞은 것은?</w:t>
      </w:r>
    </w:p>
    <w:p>
      <w:pPr>
        <w:ind w:left="320"/>
      </w:pPr>
      <w:r>
        <w:rPr>
          <w:rFonts w:ascii="맑은 고딕" w:hAnsi="맑은 고딕" w:eastAsia="맑은 고딕"/>
          <w:b w:val="0"/>
          <w:color w:val="4E5968"/>
          <w:sz w:val="22"/>
        </w:rPr>
        <w:t>① 크게 많이 웃으면 다 장난이다</w:t>
      </w:r>
    </w:p>
    <w:p>
      <w:pPr>
        <w:ind w:left="320"/>
      </w:pPr>
      <w:r>
        <w:rPr>
          <w:rFonts w:ascii="맑은 고딕" w:hAnsi="맑은 고딕" w:eastAsia="맑은 고딕"/>
          <w:b w:val="0"/>
          <w:color w:val="4E5968"/>
          <w:sz w:val="22"/>
        </w:rPr>
        <w:t>② 당하는 사람도 즐거워야 장난</w:t>
      </w:r>
    </w:p>
    <w:p>
      <w:pPr>
        <w:ind w:left="320"/>
      </w:pPr>
      <w:r>
        <w:rPr>
          <w:rFonts w:ascii="맑은 고딕" w:hAnsi="맑은 고딕" w:eastAsia="맑은 고딕"/>
          <w:b w:val="0"/>
          <w:color w:val="4E5968"/>
          <w:sz w:val="22"/>
        </w:rPr>
        <w:t>③ 친한 사이면 다 장난이다</w:t>
      </w:r>
    </w:p>
    <w:p>
      <w:pPr>
        <w:ind w:left="320"/>
      </w:pPr>
      <w:r>
        <w:rPr>
          <w:rFonts w:ascii="맑은 고딕" w:hAnsi="맑은 고딕" w:eastAsia="맑은 고딕"/>
          <w:b w:val="0"/>
          <w:color w:val="4E5968"/>
          <w:sz w:val="22"/>
        </w:rPr>
        <w:t>④ 인터넷에서 한 일은 다 장난이다</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사이버폭력 피해를 입었을 때 가장 바람직한 행동은?</w:t>
      </w:r>
    </w:p>
    <w:p>
      <w:pPr>
        <w:ind w:left="320"/>
      </w:pPr>
      <w:r>
        <w:rPr>
          <w:rFonts w:ascii="맑은 고딕" w:hAnsi="맑은 고딕" w:eastAsia="맑은 고딕"/>
          <w:b w:val="0"/>
          <w:color w:val="4E5968"/>
          <w:sz w:val="22"/>
        </w:rPr>
        <w:t>① 똑같이 그대로 복수한다</w:t>
      </w:r>
    </w:p>
    <w:p>
      <w:pPr>
        <w:ind w:left="320"/>
      </w:pPr>
      <w:r>
        <w:rPr>
          <w:rFonts w:ascii="맑은 고딕" w:hAnsi="맑은 고딕" w:eastAsia="맑은 고딕"/>
          <w:b w:val="0"/>
          <w:color w:val="4E5968"/>
          <w:sz w:val="22"/>
        </w:rPr>
        <w:t>② 혼자 끙끙 앓는다</w:t>
      </w:r>
    </w:p>
    <w:p>
      <w:pPr>
        <w:ind w:left="320"/>
      </w:pPr>
      <w:r>
        <w:rPr>
          <w:rFonts w:ascii="맑은 고딕" w:hAnsi="맑은 고딕" w:eastAsia="맑은 고딕"/>
          <w:b w:val="0"/>
          <w:color w:val="4E5968"/>
          <w:sz w:val="22"/>
        </w:rPr>
        <w:t>③ 어른께 도움을 요청한다</w:t>
      </w:r>
    </w:p>
    <w:p>
      <w:pPr>
        <w:ind w:left="320"/>
      </w:pPr>
      <w:r>
        <w:rPr>
          <w:rFonts w:ascii="맑은 고딕" w:hAnsi="맑은 고딕" w:eastAsia="맑은 고딕"/>
          <w:b w:val="0"/>
          <w:color w:val="4E5968"/>
          <w:sz w:val="22"/>
        </w:rPr>
        <w:t>④ 다니던 학교를 아예 그만둔다</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영미의 '장난'이 효린이에게는 큰 상처가 된 까닭을, 두 사람의 입장 차이를 들어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사이버폭력을 멈출 수 있었던 '골든 타임'은 언제였을지 하나 고르고, 그때 어떻게 했어야 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돌고 도는 부메랑, 사이버폭력</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영미는 친구 효린이의 사진을 자기 얼굴인 양 방송 채팅방에 올리며 거짓말을 한다. 사진과 개인정보가 퍼져 효린이는 악성 댓글에 시달리고, 거짓말이 들통나자 영미는 효린이를 '카톡 왕따'시킨다. 하지만 영미 역시 신상이 털려 피해자가 된다. 선생님의 도움으로 잘못을 깨닫고 진심으로 사과하는 과정을 통해, 사이버폭력은 돌고 도는 부메랑임을 일깨우는 예방 뮤지컬.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이야기에서 처음 갈등이 시작된 사건으로 가장 알맞은 것은?</w:t>
      </w:r>
    </w:p>
    <w:p>
      <w:pPr>
        <w:ind w:left="320"/>
      </w:pPr>
      <w:r>
        <w:rPr>
          <w:rFonts w:ascii="맑은 고딕" w:hAnsi="맑은 고딕" w:eastAsia="맑은 고딕"/>
          <w:b w:val="0"/>
          <w:color w:val="4E5968"/>
          <w:sz w:val="22"/>
        </w:rPr>
        <w:t>① 효린이 사진을 자기 것처럼 올림</w:t>
      </w:r>
    </w:p>
    <w:p>
      <w:pPr>
        <w:ind w:left="320"/>
      </w:pPr>
      <w:r>
        <w:rPr>
          <w:rFonts w:ascii="맑은 고딕" w:hAnsi="맑은 고딕" w:eastAsia="맑은 고딕"/>
          <w:b w:val="0"/>
          <w:color w:val="4E5968"/>
          <w:sz w:val="22"/>
        </w:rPr>
        <w:t>② 효린이가 시험을 못 본 일</w:t>
      </w:r>
    </w:p>
    <w:p>
      <w:pPr>
        <w:ind w:left="320"/>
      </w:pPr>
      <w:r>
        <w:rPr>
          <w:rFonts w:ascii="맑은 고딕" w:hAnsi="맑은 고딕" w:eastAsia="맑은 고딕"/>
          <w:b w:val="0"/>
          <w:color w:val="4E5968"/>
          <w:sz w:val="22"/>
        </w:rPr>
        <w:t>③ 광수가 게임에서 진 일</w:t>
      </w:r>
    </w:p>
    <w:p>
      <w:pPr>
        <w:ind w:left="320"/>
      </w:pPr>
      <w:r>
        <w:rPr>
          <w:rFonts w:ascii="맑은 고딕" w:hAnsi="맑은 고딕" w:eastAsia="맑은 고딕"/>
          <w:b w:val="0"/>
          <w:color w:val="4E5968"/>
          <w:sz w:val="22"/>
        </w:rPr>
        <w:t>④ 선생님이 무척 어려운 숙제를 낸 일</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인터넷에서 다른 사람인 척 속이는 행동을 두 글자로 '○○'이라고 합니다. 빈칸에 알맞은 말은?</w:t>
      </w:r>
    </w:p>
    <w:p>
      <w:pPr>
        <w:ind w:left="320"/>
      </w:pPr>
      <w:r>
        <w:rPr>
          <w:rFonts w:ascii="맑은 고딕" w:hAnsi="맑은 고딕" w:eastAsia="맑은 고딕"/>
          <w:b w:val="0"/>
          <w:color w:val="4E5968"/>
          <w:sz w:val="22"/>
        </w:rPr>
        <w:t>① 거짓</w:t>
      </w:r>
    </w:p>
    <w:p>
      <w:pPr>
        <w:ind w:left="320"/>
      </w:pPr>
      <w:r>
        <w:rPr>
          <w:rFonts w:ascii="맑은 고딕" w:hAnsi="맑은 고딕" w:eastAsia="맑은 고딕"/>
          <w:b w:val="0"/>
          <w:color w:val="4E5968"/>
          <w:sz w:val="22"/>
        </w:rPr>
        <w:t>② 사칭</w:t>
      </w:r>
    </w:p>
    <w:p>
      <w:pPr>
        <w:ind w:left="320"/>
      </w:pPr>
      <w:r>
        <w:rPr>
          <w:rFonts w:ascii="맑은 고딕" w:hAnsi="맑은 고딕" w:eastAsia="맑은 고딕"/>
          <w:b w:val="0"/>
          <w:color w:val="4E5968"/>
          <w:sz w:val="22"/>
        </w:rPr>
        <w:t>③ 도용</w:t>
      </w:r>
    </w:p>
    <w:p>
      <w:pPr>
        <w:ind w:left="320"/>
      </w:pPr>
      <w:r>
        <w:rPr>
          <w:rFonts w:ascii="맑은 고딕" w:hAnsi="맑은 고딕" w:eastAsia="맑은 고딕"/>
          <w:b w:val="0"/>
          <w:color w:val="4E5968"/>
          <w:sz w:val="22"/>
        </w:rPr>
        <w:t>④ 모욕</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영미의 행동이 단순한 장난을 넘어 '범죄'가 될 수 있는 까닭으로 알맞은 것은?</w:t>
      </w:r>
    </w:p>
    <w:p>
      <w:pPr>
        <w:ind w:left="320"/>
      </w:pPr>
      <w:r>
        <w:rPr>
          <w:rFonts w:ascii="맑은 고딕" w:hAnsi="맑은 고딕" w:eastAsia="맑은 고딕"/>
          <w:b w:val="0"/>
          <w:color w:val="4E5968"/>
          <w:sz w:val="22"/>
        </w:rPr>
        <w:t>① 그냥 무대에서 노래를 신나게 불렀기 때문</w:t>
      </w:r>
    </w:p>
    <w:p>
      <w:pPr>
        <w:ind w:left="320"/>
      </w:pPr>
      <w:r>
        <w:rPr>
          <w:rFonts w:ascii="맑은 고딕" w:hAnsi="맑은 고딕" w:eastAsia="맑은 고딕"/>
          <w:b w:val="0"/>
          <w:color w:val="4E5968"/>
          <w:sz w:val="22"/>
        </w:rPr>
        <w:t>② 방송에 잠깐 나갔기 때문</w:t>
      </w:r>
    </w:p>
    <w:p>
      <w:pPr>
        <w:ind w:left="320"/>
      </w:pPr>
      <w:r>
        <w:rPr>
          <w:rFonts w:ascii="맑은 고딕" w:hAnsi="맑은 고딕" w:eastAsia="맑은 고딕"/>
          <w:b w:val="0"/>
          <w:color w:val="4E5968"/>
          <w:sz w:val="22"/>
        </w:rPr>
        <w:t>③ 사진·개인정보를 퍼뜨리고 따돌려서</w:t>
      </w:r>
    </w:p>
    <w:p>
      <w:pPr>
        <w:ind w:left="320"/>
      </w:pPr>
      <w:r>
        <w:rPr>
          <w:rFonts w:ascii="맑은 고딕" w:hAnsi="맑은 고딕" w:eastAsia="맑은 고딕"/>
          <w:b w:val="0"/>
          <w:color w:val="4E5968"/>
          <w:sz w:val="22"/>
        </w:rPr>
        <w:t>④ 게임을 했기 때문</w:t>
      </w:r>
    </w:p>
    <w:p>
      <w:pPr>
        <w:spacing w:before="240"/>
      </w:pPr>
      <w:r>
        <w:rPr>
          <w:rFonts w:ascii="맑은 고딕" w:hAnsi="맑은 고딕" w:eastAsia="맑은 고딕"/>
          <w:b/>
          <w:color w:val="8B95A1"/>
          <w:sz w:val="17"/>
        </w:rPr>
        <w:t xml:space="preserve">  주제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'가해자였던 영미가 피해자가 되는' 전개가 전하는 메시지로 알맞은 것은?</w:t>
      </w:r>
    </w:p>
    <w:p>
      <w:pPr>
        <w:ind w:left="320"/>
      </w:pPr>
      <w:r>
        <w:rPr>
          <w:rFonts w:ascii="맑은 고딕" w:hAnsi="맑은 고딕" w:eastAsia="맑은 고딕"/>
          <w:b w:val="0"/>
          <w:color w:val="4E5968"/>
          <w:sz w:val="22"/>
        </w:rPr>
        <w:t>① 폭력은 들키지만 않으면 괜찮다</w:t>
      </w:r>
    </w:p>
    <w:p>
      <w:pPr>
        <w:ind w:left="320"/>
      </w:pPr>
      <w:r>
        <w:rPr>
          <w:rFonts w:ascii="맑은 고딕" w:hAnsi="맑은 고딕" w:eastAsia="맑은 고딕"/>
          <w:b w:val="0"/>
          <w:color w:val="4E5968"/>
          <w:sz w:val="22"/>
        </w:rPr>
        <w:t>② 늘 강한 사람이 이긴다</w:t>
      </w:r>
    </w:p>
    <w:p>
      <w:pPr>
        <w:ind w:left="320"/>
      </w:pPr>
      <w:r>
        <w:rPr>
          <w:rFonts w:ascii="맑은 고딕" w:hAnsi="맑은 고딕" w:eastAsia="맑은 고딕"/>
          <w:b w:val="0"/>
          <w:color w:val="4E5968"/>
          <w:sz w:val="22"/>
        </w:rPr>
        <w:t>③ 인터넷에는 책임이 전혀 없다</w:t>
      </w:r>
    </w:p>
    <w:p>
      <w:pPr>
        <w:ind w:left="320"/>
      </w:pPr>
      <w:r>
        <w:rPr>
          <w:rFonts w:ascii="맑은 고딕" w:hAnsi="맑은 고딕" w:eastAsia="맑은 고딕"/>
          <w:b w:val="0"/>
          <w:color w:val="4E5968"/>
          <w:sz w:val="22"/>
        </w:rPr>
        <w:t>④ 부메랑처럼 자신에게 돌아옴</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사건이 일어난 순서대로 기호를 써 보세요.</w:t>
      </w:r>
    </w:p>
    <w:p>
      <w:pPr>
        <w:ind w:left="320"/>
      </w:pPr>
      <w:r>
        <w:rPr>
          <w:rFonts w:ascii="맑은 고딕" w:hAnsi="맑은 고딕" w:eastAsia="맑은 고딕"/>
          <w:b w:val="0"/>
          <w:color w:val="333D4B"/>
          <w:sz w:val="22"/>
        </w:rPr>
        <w:t>ㄱ. 영미가 효린이와 민규를 카톡 왕따시킨다.</w:t>
      </w:r>
    </w:p>
    <w:p>
      <w:pPr>
        <w:ind w:left="320"/>
      </w:pPr>
      <w:r>
        <w:rPr>
          <w:rFonts w:ascii="맑은 고딕" w:hAnsi="맑은 고딕" w:eastAsia="맑은 고딕"/>
          <w:b w:val="0"/>
          <w:color w:val="333D4B"/>
          <w:sz w:val="22"/>
        </w:rPr>
        <w:t>ㄴ. 영미가 효린이 사진을 자기 것처럼 올려 거짓말한다.</w:t>
      </w:r>
    </w:p>
    <w:p>
      <w:pPr>
        <w:ind w:left="320"/>
      </w:pPr>
      <w:r>
        <w:rPr>
          <w:rFonts w:ascii="맑은 고딕" w:hAnsi="맑은 고딕" w:eastAsia="맑은 고딕"/>
          <w:b w:val="0"/>
          <w:color w:val="333D4B"/>
          <w:sz w:val="22"/>
        </w:rPr>
        <w:t>ㄷ. 영미의 사칭과 거짓이 밝혀져 악성 댓글에 시달린다.</w:t>
      </w:r>
    </w:p>
    <w:p>
      <w:pPr>
        <w:ind w:left="320"/>
      </w:pPr>
      <w:r>
        <w:rPr>
          <w:rFonts w:ascii="맑은 고딕" w:hAnsi="맑은 고딕" w:eastAsia="맑은 고딕"/>
          <w:b w:val="0"/>
          <w:color w:val="333D4B"/>
          <w:sz w:val="22"/>
        </w:rPr>
        <w:t>ㄹ. 학교폭력 전담기구가 꾸려지고 영미가 진심으로 사과한다.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효린이가 피해 사실을 선생님께 바로 말하지 못한 까닭으로 알맞은 것은?</w:t>
      </w:r>
    </w:p>
    <w:p>
      <w:pPr>
        <w:ind w:left="320"/>
      </w:pPr>
      <w:r>
        <w:rPr>
          <w:rFonts w:ascii="맑은 고딕" w:hAnsi="맑은 고딕" w:eastAsia="맑은 고딕"/>
          <w:b w:val="0"/>
          <w:color w:val="4E5968"/>
          <w:sz w:val="22"/>
        </w:rPr>
        <w:t>① 더 멀어질까 봐 두려워서</w:t>
      </w:r>
    </w:p>
    <w:p>
      <w:pPr>
        <w:ind w:left="320"/>
      </w:pPr>
      <w:r>
        <w:rPr>
          <w:rFonts w:ascii="맑은 고딕" w:hAnsi="맑은 고딕" w:eastAsia="맑은 고딕"/>
          <w:b w:val="0"/>
          <w:color w:val="4E5968"/>
          <w:sz w:val="22"/>
        </w:rPr>
        <w:t>② 처음부터 아예 피해를 입지 않아서</w:t>
      </w:r>
    </w:p>
    <w:p>
      <w:pPr>
        <w:ind w:left="320"/>
      </w:pPr>
      <w:r>
        <w:rPr>
          <w:rFonts w:ascii="맑은 고딕" w:hAnsi="맑은 고딕" w:eastAsia="맑은 고딕"/>
          <w:b w:val="0"/>
          <w:color w:val="4E5968"/>
          <w:sz w:val="22"/>
        </w:rPr>
        <w:t>③ 대수롭지 않게 여겨서</w:t>
      </w:r>
    </w:p>
    <w:p>
      <w:pPr>
        <w:ind w:left="320"/>
      </w:pPr>
      <w:r>
        <w:rPr>
          <w:rFonts w:ascii="맑은 고딕" w:hAnsi="맑은 고딕" w:eastAsia="맑은 고딕"/>
          <w:b w:val="0"/>
          <w:color w:val="4E5968"/>
          <w:sz w:val="22"/>
        </w:rPr>
        <w:t>④ 선생님을 몹시 싫어해서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효린이와 민규가 처벌보다 더 중요하다고 한 것은 무엇인가요?</w:t>
      </w:r>
    </w:p>
    <w:p>
      <w:pPr>
        <w:ind w:left="320"/>
      </w:pPr>
      <w:r>
        <w:rPr>
          <w:rFonts w:ascii="맑은 고딕" w:hAnsi="맑은 고딕" w:eastAsia="맑은 고딕"/>
          <w:b w:val="0"/>
          <w:color w:val="4E5968"/>
          <w:sz w:val="22"/>
        </w:rPr>
        <w:t>① 가해자를 똑같이 따돌리는 것</w:t>
      </w:r>
    </w:p>
    <w:p>
      <w:pPr>
        <w:ind w:left="320"/>
      </w:pPr>
      <w:r>
        <w:rPr>
          <w:rFonts w:ascii="맑은 고딕" w:hAnsi="맑은 고딕" w:eastAsia="맑은 고딕"/>
          <w:b w:val="0"/>
          <w:color w:val="4E5968"/>
          <w:sz w:val="22"/>
        </w:rPr>
        <w:t>② 잘못을 스스로 깨닫는 것</w:t>
      </w:r>
    </w:p>
    <w:p>
      <w:pPr>
        <w:ind w:left="320"/>
      </w:pPr>
      <w:r>
        <w:rPr>
          <w:rFonts w:ascii="맑은 고딕" w:hAnsi="맑은 고딕" w:eastAsia="맑은 고딕"/>
          <w:b w:val="0"/>
          <w:color w:val="4E5968"/>
          <w:sz w:val="22"/>
        </w:rPr>
        <w:t>③ 빨리 잊어버리는 것</w:t>
      </w:r>
    </w:p>
    <w:p>
      <w:pPr>
        <w:ind w:left="320"/>
      </w:pPr>
      <w:r>
        <w:rPr>
          <w:rFonts w:ascii="맑은 고딕" w:hAnsi="맑은 고딕" w:eastAsia="맑은 고딕"/>
          <w:b w:val="0"/>
          <w:color w:val="4E5968"/>
          <w:sz w:val="22"/>
        </w:rPr>
        <w:t>④ 비밀로 덮어 두는 것</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사이버폭력에 대한 설명으로 옳지 않은 것은?</w:t>
      </w:r>
    </w:p>
    <w:p>
      <w:pPr>
        <w:ind w:left="320"/>
      </w:pPr>
      <w:r>
        <w:rPr>
          <w:rFonts w:ascii="맑은 고딕" w:hAnsi="맑은 고딕" w:eastAsia="맑은 고딕"/>
          <w:b w:val="0"/>
          <w:color w:val="4E5968"/>
          <w:sz w:val="22"/>
        </w:rPr>
        <w:t>① 한번 퍼진 글·사진은 지워도 완전히 지우기 어렵다</w:t>
      </w:r>
    </w:p>
    <w:p>
      <w:pPr>
        <w:ind w:left="320"/>
      </w:pPr>
      <w:r>
        <w:rPr>
          <w:rFonts w:ascii="맑은 고딕" w:hAnsi="맑은 고딕" w:eastAsia="맑은 고딕"/>
          <w:b w:val="0"/>
          <w:color w:val="4E5968"/>
          <w:sz w:val="22"/>
        </w:rPr>
        <w:t>② 피해자에게 깊은 상처를 남긴다</w:t>
      </w:r>
    </w:p>
    <w:p>
      <w:pPr>
        <w:ind w:left="320"/>
      </w:pPr>
      <w:r>
        <w:rPr>
          <w:rFonts w:ascii="맑은 고딕" w:hAnsi="맑은 고딕" w:eastAsia="맑은 고딕"/>
          <w:b w:val="0"/>
          <w:color w:val="4E5968"/>
          <w:sz w:val="22"/>
        </w:rPr>
        <w:t>③ 장난이면 책임지지 않아도 된다</w:t>
      </w:r>
    </w:p>
    <w:p>
      <w:pPr>
        <w:ind w:left="320"/>
      </w:pPr>
      <w:r>
        <w:rPr>
          <w:rFonts w:ascii="맑은 고딕" w:hAnsi="맑은 고딕" w:eastAsia="맑은 고딕"/>
          <w:b w:val="0"/>
          <w:color w:val="4E5968"/>
          <w:sz w:val="22"/>
        </w:rPr>
        <w:t>④ 사안에 따라 법적 처벌까지 받을 수 있다</w:t>
      </w:r>
    </w:p>
    <w:p>
      <w:pPr>
        <w:spacing w:before="240"/>
      </w:pPr>
      <w:r>
        <w:rPr>
          <w:rFonts w:ascii="맑은 고딕" w:hAnsi="맑은 고딕" w:eastAsia="맑은 고딕"/>
          <w:b/>
          <w:color w:val="8B95A1"/>
          <w:sz w:val="17"/>
        </w:rPr>
        <w:t xml:space="preserve">  표현하기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영미가 효린이에게 쓴 '회복의 편지'라고 생각하고, 진심 어린 사과의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인터넷에서 한 '사소한 장난'이 폭력이 되지 않도록, 우리가 지켜야 할 약속을 두 가지 이상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장난과 폭력 사이</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효린이 사진을 자기 것처럼 속임</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사이버</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카톡 왕따를 함</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자신도 피해자가 됨</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현실처럼 예의를 지켜야 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당하는 사람도 즐거워야 장난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어른께 도움을 요청한다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영미는 재미로 한 일이지만, 효린이는 허락 없이 사진이 퍼지고 악성 댓글을 받아 두려움과 깊은 상처를 겪었기 때문이다. · (평가) 가해자와 피해자의 입장 차이를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효린이 사진을 올리기 전이 골든 타임이다. 그때 허락을 구하고, 자기 얼굴이 아니라고 솔직히 말했어야 한다. · (평가) 멈출 수 있던 시점과 대안 행동을 함께 제시했는지 봐 주세요.</w:t>
      </w:r>
    </w:p>
    <w:p>
      <w:r>
        <w:br w:type="page"/>
      </w:r>
    </w:p>
    <w:p>
      <w:pPr>
        <w:spacing w:before="160"/>
      </w:pPr>
      <w:r>
        <w:rPr>
          <w:rFonts w:ascii="맑은 고딕" w:hAnsi="맑은 고딕" w:eastAsia="맑은 고딕"/>
          <w:b/>
          <w:color w:val="2272EB"/>
          <w:sz w:val="26"/>
        </w:rPr>
        <w:t>[고학년] 돌고 도는 부메랑, 사이버폭력</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효린이 사진을 자기 것처럼 올림</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사칭</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사진·개인정보를 퍼뜨리고 따돌려서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부메랑처럼 자신에게 돌아옴</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더 멀어질까 봐 두려워서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잘못을 스스로 깨닫는 것</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장난이면 책임지지 않아도 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효린아, 허락 없이 네 사진을 올리고 너를 따돌려서 정말 미안해. 네가 얼마나 무섭고 외로웠을지 이제야 알았어. 다시는 그러지 않고 네 마음을 되돌리도록 노력할게. · (평가) 잘못 인정과 관계 회복의 마음이 담겼는지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남의 사진·정보는 반드시 허락을 받고 올리기, 장난이라도 상대가 싫어하면 멈추기, 피해를 보면 어른께 알리기. · (평가) 실천 가능한 약속을 두 가지 이상 제시했는지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