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맑은 고딕" w:hAnsi="맑은 고딕" w:eastAsia="맑은 고딕"/>
          <w:b/>
          <w:color w:val="2272EB"/>
          <w:sz w:val="19"/>
        </w:rPr>
        <w:t xml:space="preserve">[초등 저학년용]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안전하게 물놀이해요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이 이야기에서 왕자가 아이쿠에게 배운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안전하게 물놀이하는 법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맛있는 요리하는 법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멋지게 노래하는 법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무시무시한 마법을 부리는 법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수영장 주변에서 뛰거나 장난치면 안 되는 까닭은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물이 더러워져서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미끄러워 넘어져 다쳐서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괜히 남에게 시끄럽고 방해돼서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옷이 다 젖어서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물에 들어가기 전에 꼭 해야 하는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사탕 먹기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그냥 시원하게 첨벙 뛰어들기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준비운동(몸 풀기)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물 많이 마시기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차가운 물에 들어갈 때 바른 방법은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머리부터 그냥 첨벙 뛰어든다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가슴부터 담근다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눈 감고 뛰어든다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심장 먼 곳부터 물 적신다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알맞게 줄 긋기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알맞은 것끼리 연결해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물안경  ·          ·  눈을 보호하고 잘 보이게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구명조끼  ·          ·  물에 뜨게 해 줘요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준비운동  ·          ·  굳은 몸을 풀어 줘요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음식을 먹은 뒤 바로 물에 들어가면 어떻게 될 수 있나요?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배탈이 날 수 있어요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키가 쑥쑥 큰다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오히려 더 잘 뜨게 돼요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힘이 더 세진다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수영하다 춥고 소름이 끼치면 어떻게 해야 하나요?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추워도 더 오래 논다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물 밖에 나와 몸을 녹인다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더 깊이 들어간다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그냥 아픈 걸 꾹 참고 논다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골라 보기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깊은 계곡이나 바다에서 꼭 입어야 하는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멋진 선글라스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가벼운 반팔 옷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구명조끼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따뜻한 수건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바르게 생각하기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이 영상이 우리에게 알려 주는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물놀이는 위험하니 하면 안 돼요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혼자서 깊은 물에 가도 돼요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준비운동은 안 해도 돼요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안전하게 물놀이해요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생각하고 쓰기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내가 물놀이할 때 꼭 지킬 안전 약속을 하나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[초등 중학년용] </w:t>
      </w:r>
    </w:p>
    <w:p>
      <w:r>
        <w:rPr>
          <w:rFonts w:ascii="맑은 고딕" w:hAnsi="맑은 고딕" w:eastAsia="맑은 고딕"/>
          <w:b/>
          <w:color w:val="191F28"/>
          <w:sz w:val="36"/>
        </w:rPr>
        <w:t>물놀이 안전 수칙</w:t>
      </w:r>
    </w:p>
    <w:p>
      <w:r>
        <w:rPr>
          <w:rFonts w:ascii="맑은 고딕" w:hAnsi="맑은 고딕" w:eastAsia="맑은 고딕"/>
          <w:b/>
          <w:color w:val="2272EB"/>
          <w:sz w:val="19"/>
        </w:rPr>
        <w:t xml:space="preserve">영상 미리보기  </w:t>
      </w:r>
      <w:r>
        <w:rPr>
          <w:rFonts w:ascii="맑은 고딕" w:hAnsi="맑은 고딕" w:eastAsia="맑은 고딕"/>
          <w:b w:val="0"/>
          <w:color w:val="4E5968"/>
          <w:sz w:val="19"/>
        </w:rPr>
        <w:t>인어공주를 만나려 지느러미를 갖고 싶어 하는 왕자에게, 아이쿠가 '물놀이 안전의 기본'을 하나하나 가르쳐 준다. 미끄러운 수영장 주변에서 뛰지 않기, 준비운동으로 다리 쥐 막기, 심장에서 먼 곳부터 물 적시기, 음식·껌 먹고 수영 금지, 얕은 곳에서 보호자와 함께, 일정 시간마다 휴식, 구명조끼 착용까지 — 안전한 물놀이 수칙을 재미있게 배우는 아이쿠 안전 애니메이션.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주제 파악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1. </w:t>
      </w:r>
      <w:r>
        <w:rPr>
          <w:rFonts w:ascii="맑은 고딕" w:hAnsi="맑은 고딕" w:eastAsia="맑은 고딕"/>
          <w:b/>
          <w:color w:val="191F28"/>
          <w:sz w:val="23"/>
        </w:rPr>
        <w:t>이 영상이 알려 주는 가장 중요한 것은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안전하게 물놀이하는 방법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빨리 헤엄치는 방법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마법을 부리는 방법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진짜 인어공주가 되는 방법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2. </w:t>
      </w:r>
      <w:r>
        <w:rPr>
          <w:rFonts w:ascii="맑은 고딕" w:hAnsi="맑은 고딕" w:eastAsia="맑은 고딕"/>
          <w:b/>
          <w:color w:val="191F28"/>
          <w:sz w:val="23"/>
        </w:rPr>
        <w:t>물에 들어가기 전 준비운동을 해야 하는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갑자기 심장마비가 올 수도 있어서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다리에 쥐가 나 위험할 수 있어서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기도가 막힐 수 있어서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배탈이 날 수 있어서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3. </w:t>
      </w:r>
      <w:r>
        <w:rPr>
          <w:rFonts w:ascii="맑은 고딕" w:hAnsi="맑은 고딕" w:eastAsia="맑은 고딕"/>
          <w:b/>
          <w:color w:val="191F28"/>
          <w:sz w:val="23"/>
        </w:rPr>
        <w:t>차가운 물에 들어갈 때 '심장에서 먼 곳부터' 물을 적시는 까닭은?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갑자기 다리에 쥐가 나지 않게 하려고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기도가 막히지 않게 하려고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체온 변화로 심장에 무리 안 가게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배탈이 나지 않게 하려고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추론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4. </w:t>
      </w:r>
      <w:r>
        <w:rPr>
          <w:rFonts w:ascii="맑은 고딕" w:hAnsi="맑은 고딕" w:eastAsia="맑은 고딕"/>
          <w:b/>
          <w:color w:val="191F28"/>
          <w:sz w:val="23"/>
        </w:rPr>
        <w:t>껌이나 사탕을 먹으면서 수영하면 위험한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이가 썩을 수 있어서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달아서 물이 끈적하게 더러워져서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배가 아플 수 있어서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기도가 막힐 수 있어서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순서 맞추기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5. </w:t>
      </w:r>
      <w:r>
        <w:rPr>
          <w:rFonts w:ascii="맑은 고딕" w:hAnsi="맑은 고딕" w:eastAsia="맑은 고딕"/>
          <w:b/>
          <w:color w:val="191F28"/>
          <w:sz w:val="23"/>
        </w:rPr>
        <w:t>안전한 물놀이 과정을 순서대로 기호를 써 보세요.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ㄱ. 얕은 곳에서 보호자와 함께 물놀이를 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ㄴ. 물에 들어가기 전 준비운동을 한다.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ㄷ. 심장에서 먼 곳부터 물을 적신다.</w:t>
      </w:r>
    </w:p>
    <w:p>
      <w:pPr>
        <w:ind w:left="320"/>
      </w:pPr>
      <w:r>
        <w:rPr>
          <w:rFonts w:ascii="맑은 고딕" w:hAnsi="맑은 고딕" w:eastAsia="맑은 고딕"/>
          <w:b w:val="0"/>
          <w:color w:val="333D4B"/>
          <w:sz w:val="22"/>
        </w:rPr>
        <w:t>ㄹ. 일정 시간마다 물 밖에 나와 쉰다.</w:t>
      </w:r>
    </w:p>
    <w:p>
      <w:pPr>
        <w:ind w:left="320"/>
      </w:pPr>
      <w:r>
        <w:rPr>
          <w:rFonts w:ascii="맑은 고딕" w:hAnsi="맑은 고딕" w:eastAsia="맑은 고딕"/>
          <w:b/>
          <w:color w:val="191F28"/>
          <w:sz w:val="22"/>
        </w:rPr>
        <w:t>(    ) → (    ) → (    ) → (    )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6. </w:t>
      </w:r>
      <w:r>
        <w:rPr>
          <w:rFonts w:ascii="맑은 고딕" w:hAnsi="맑은 고딕" w:eastAsia="맑은 고딕"/>
          <w:b/>
          <w:color w:val="191F28"/>
          <w:sz w:val="23"/>
        </w:rPr>
        <w:t>수영을 너무 오래 하면 안 되는 까닭으로 알맞은 것은?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힘이 빠지고 근육에 무리가 와서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옆 사람에게 방해가 되고 시끄러워서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수영을 더 잘하게 돼서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재미가 없어져서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7. </w:t>
      </w:r>
      <w:r>
        <w:rPr>
          <w:rFonts w:ascii="맑은 고딕" w:hAnsi="맑은 고딕" w:eastAsia="맑은 고딕"/>
          <w:b/>
          <w:color w:val="191F28"/>
          <w:sz w:val="23"/>
        </w:rPr>
        <w:t>영상 마지막 '아이쿠 테스트' — 안전한 물놀이를 위해 꼭 해야 할 행동은?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수영장 주변에서 재빨리 뛰어다닌다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시간마다 쉬고 몸을 따뜻하게 한다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점심 먹고 바로 물에 들어간다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준비운동 없이 바로 뛰어든다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내용 이해 · 객관식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8. </w:t>
      </w:r>
      <w:r>
        <w:rPr>
          <w:rFonts w:ascii="맑은 고딕" w:hAnsi="맑은 고딕" w:eastAsia="맑은 고딕"/>
          <w:b/>
          <w:color w:val="191F28"/>
          <w:sz w:val="23"/>
        </w:rPr>
        <w:t>계곡이나 바다처럼 깊은 곳에서 꼭 갖춰야 할 준비물은 무엇인가요?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① 시원한 선글라스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② 달콤한 간식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③ 물에 뜨는 구명조끼</w:t>
      </w:r>
    </w:p>
    <w:p>
      <w:pPr>
        <w:ind w:left="320"/>
      </w:pPr>
      <w:r>
        <w:rPr>
          <w:rFonts w:ascii="맑은 고딕" w:hAnsi="맑은 고딕" w:eastAsia="맑은 고딕"/>
          <w:b w:val="0"/>
          <w:color w:val="4E5968"/>
          <w:sz w:val="22"/>
        </w:rPr>
        <w:t>④ 알록달록 커다란 튜브 장난감</w:t>
      </w: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적용하기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9. </w:t>
      </w:r>
      <w:r>
        <w:rPr>
          <w:rFonts w:ascii="맑은 고딕" w:hAnsi="맑은 고딕" w:eastAsia="맑은 고딕"/>
          <w:b/>
          <w:color w:val="191F28"/>
          <w:sz w:val="23"/>
        </w:rPr>
        <w:t>물놀이를 안전하게 하기 위한 수칙을 순서를 생각하며 두 가지 이상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spacing w:before="240"/>
      </w:pPr>
      <w:r>
        <w:rPr>
          <w:rFonts w:ascii="맑은 고딕" w:hAnsi="맑은 고딕" w:eastAsia="맑은 고딕"/>
          <w:b/>
          <w:color w:val="8B95A1"/>
          <w:sz w:val="17"/>
        </w:rPr>
        <w:t xml:space="preserve">  생각 쓰기 · 서술형  </w:t>
      </w:r>
    </w:p>
    <w:p>
      <w:r>
        <w:rPr>
          <w:rFonts w:ascii="맑은 고딕" w:hAnsi="맑은 고딕" w:eastAsia="맑은 고딕"/>
          <w:b/>
          <w:color w:val="2272EB"/>
          <w:sz w:val="24"/>
        </w:rPr>
        <w:t xml:space="preserve">10. </w:t>
      </w:r>
      <w:r>
        <w:rPr>
          <w:rFonts w:ascii="맑은 고딕" w:hAnsi="맑은 고딕" w:eastAsia="맑은 고딕"/>
          <w:b/>
          <w:color w:val="191F28"/>
          <w:sz w:val="23"/>
        </w:rPr>
        <w:t>'물놀이는 즐겁지만 안전이 먼저다'라고 하는 까닭을, 영상 속 위험을 예로 들어 써 보세요.</w:t>
      </w: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pPr>
        <w:pBdr>
          <w:bottom w:val="single" w:sz="6" w:space="1" w:color="C8CDD2"/>
        </w:pBdr>
        <w:spacing w:before="360" w:after="0"/>
        <w:ind w:left="320"/>
      </w:pPr>
    </w:p>
    <w:p>
      <w:r>
        <w:br w:type="page"/>
      </w:r>
    </w:p>
    <w:p>
      <w:r>
        <w:rPr>
          <w:rFonts w:ascii="맑은 고딕" w:hAnsi="맑은 고딕" w:eastAsia="맑은 고딕"/>
          <w:b/>
          <w:color w:val="191F28"/>
          <w:sz w:val="32"/>
        </w:rPr>
        <w:t>정답 및 해설 · 교사용</w:t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[저학년] 안전하게 물놀이해요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안전하게 물놀이하는 법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미끄러워 넘어져 다쳐서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준비운동(몸 풀기)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심장 먼 곳부터 물 적신다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물안경-눈 보호 / 구명조끼-물에 뜸 / 준비운동-몸 풀기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배탈이 날 수 있어요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물 밖에 나와 몸을 녹인다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구명조끼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④ 안전하게 물놀이해요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물에 들어가기 전 준비운동을 하고, 수영장 주변에서 뛰지 않겠다. · (평가) 영상 속 물놀이 안전 약속을 구체적으로 적었는지 봐 주세요.</w:t>
      </w:r>
    </w:p>
    <w:p>
      <w:r>
        <w:br w:type="page"/>
      </w:r>
    </w:p>
    <w:p>
      <w:pPr>
        <w:spacing w:before="160"/>
      </w:pPr>
      <w:r>
        <w:rPr>
          <w:rFonts w:ascii="맑은 고딕" w:hAnsi="맑은 고딕" w:eastAsia="맑은 고딕"/>
          <w:b/>
          <w:color w:val="2272EB"/>
          <w:sz w:val="26"/>
        </w:rPr>
        <w:t>[중학년] 물놀이 안전 수칙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1.  </w:t>
      </w:r>
      <w:r>
        <w:rPr>
          <w:rFonts w:ascii="맑은 고딕" w:hAnsi="맑은 고딕" w:eastAsia="맑은 고딕"/>
          <w:b/>
          <w:color w:val="191F28"/>
          <w:sz w:val="22"/>
        </w:rPr>
        <w:t>① 안전하게 물놀이하는 방법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2.  </w:t>
      </w:r>
      <w:r>
        <w:rPr>
          <w:rFonts w:ascii="맑은 고딕" w:hAnsi="맑은 고딕" w:eastAsia="맑은 고딕"/>
          <w:b/>
          <w:color w:val="191F28"/>
          <w:sz w:val="22"/>
        </w:rPr>
        <w:t>② 다리에 쥐가 나 위험할 수 있어서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3.  </w:t>
      </w:r>
      <w:r>
        <w:rPr>
          <w:rFonts w:ascii="맑은 고딕" w:hAnsi="맑은 고딕" w:eastAsia="맑은 고딕"/>
          <w:b/>
          <w:color w:val="191F28"/>
          <w:sz w:val="22"/>
        </w:rPr>
        <w:t>③ 체온 변화로 심장에 무리 안 가게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4.  </w:t>
      </w:r>
      <w:r>
        <w:rPr>
          <w:rFonts w:ascii="맑은 고딕" w:hAnsi="맑은 고딕" w:eastAsia="맑은 고딕"/>
          <w:b/>
          <w:color w:val="191F28"/>
          <w:sz w:val="22"/>
        </w:rPr>
        <w:t>④ 기도가 막힐 수 있어서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5.  </w:t>
      </w:r>
      <w:r>
        <w:rPr>
          <w:rFonts w:ascii="맑은 고딕" w:hAnsi="맑은 고딕" w:eastAsia="맑은 고딕"/>
          <w:b/>
          <w:color w:val="191F28"/>
          <w:sz w:val="22"/>
        </w:rPr>
        <w:t>ㄴ → ㄷ → ㄱ → ㄹ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6.  </w:t>
      </w:r>
      <w:r>
        <w:rPr>
          <w:rFonts w:ascii="맑은 고딕" w:hAnsi="맑은 고딕" w:eastAsia="맑은 고딕"/>
          <w:b/>
          <w:color w:val="191F28"/>
          <w:sz w:val="22"/>
        </w:rPr>
        <w:t>① 힘이 빠지고 근육에 무리가 와서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7.  </w:t>
      </w:r>
      <w:r>
        <w:rPr>
          <w:rFonts w:ascii="맑은 고딕" w:hAnsi="맑은 고딕" w:eastAsia="맑은 고딕"/>
          <w:b/>
          <w:color w:val="191F28"/>
          <w:sz w:val="22"/>
        </w:rPr>
        <w:t>② 시간마다 쉬고 몸을 따뜻하게 한다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8.  </w:t>
      </w:r>
      <w:r>
        <w:rPr>
          <w:rFonts w:ascii="맑은 고딕" w:hAnsi="맑은 고딕" w:eastAsia="맑은 고딕"/>
          <w:b/>
          <w:color w:val="191F28"/>
          <w:sz w:val="22"/>
        </w:rPr>
        <w:t>③ 물에 뜨는 구명조끼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9.  </w:t>
      </w:r>
      <w:r>
        <w:rPr>
          <w:rFonts w:ascii="맑은 고딕" w:hAnsi="맑은 고딕" w:eastAsia="맑은 고딕"/>
          <w:b/>
          <w:color w:val="191F28"/>
          <w:sz w:val="22"/>
        </w:rPr>
        <w:t>[예시] 준비운동을 하고, 심장에서 먼 곳부터 물을 적신 뒤, 얕은 곳에서 보호자와 함께 논다. · (평가) 영상 속 안전 수칙을 두 가지 이상 순서 있게 적었는지 봐 주세요.</w:t>
      </w:r>
    </w:p>
    <w:p>
      <w:pPr>
        <w:spacing w:before="80"/>
      </w:pPr>
      <w:r>
        <w:rPr>
          <w:rFonts w:ascii="맑은 고딕" w:hAnsi="맑은 고딕" w:eastAsia="맑은 고딕"/>
          <w:b/>
          <w:color w:val="03B26C"/>
          <w:sz w:val="22"/>
        </w:rPr>
        <w:t xml:space="preserve">10.  </w:t>
      </w:r>
      <w:r>
        <w:rPr>
          <w:rFonts w:ascii="맑은 고딕" w:hAnsi="맑은 고딕" w:eastAsia="맑은 고딕"/>
          <w:b/>
          <w:color w:val="191F28"/>
          <w:sz w:val="22"/>
        </w:rPr>
        <w:t>[예시] 준비운동·휴식 같은 작은 수칙을 어기면 다리에 쥐가 나거나 심장에 무리가 가는 큰 사고로 이어질 수 있어 안전이 먼저이기 때문이다. · (평가) 수칙과 위험을 연결해 까닭을 설명했는지 봐 주세요.</w:t>
      </w:r>
    </w:p>
    <w:sectPr w:rsidR="00FC693F" w:rsidRPr="0006063C" w:rsidSect="00034616"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